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49" w:rsidRPr="00014A59" w:rsidRDefault="00E05749" w:rsidP="00014A59">
      <w:pPr>
        <w:autoSpaceDE w:val="0"/>
        <w:autoSpaceDN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014A59" w:rsidRDefault="00014A59" w:rsidP="00014A59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A59" w:rsidRDefault="008A5912" w:rsidP="00014A59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090920" cy="8640427"/>
            <wp:effectExtent l="19050" t="0" r="5080" b="0"/>
            <wp:docPr id="1" name="Рисунок 1" descr="C:\Users\User\Desktop\Точка роста\биолог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чка роста\биология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8640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A59" w:rsidRPr="00361E5D" w:rsidRDefault="00014A59" w:rsidP="00014A5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05749" w:rsidRPr="00D96545" w:rsidRDefault="00E05749" w:rsidP="00D96545">
      <w:pPr>
        <w:rPr>
          <w:lang w:val="ru-RU"/>
        </w:rPr>
        <w:sectPr w:rsidR="00E05749" w:rsidRPr="00D96545">
          <w:pgSz w:w="11900" w:h="16840"/>
          <w:pgMar w:top="298" w:right="868" w:bottom="1440" w:left="1440" w:header="720" w:footer="720" w:gutter="0"/>
          <w:cols w:space="720" w:equalWidth="0">
            <w:col w:w="9592" w:space="0"/>
          </w:cols>
          <w:docGrid w:linePitch="360"/>
        </w:sectPr>
      </w:pPr>
    </w:p>
    <w:p w:rsidR="00E05749" w:rsidRPr="00D96545" w:rsidRDefault="00E05749">
      <w:pPr>
        <w:autoSpaceDE w:val="0"/>
        <w:autoSpaceDN w:val="0"/>
        <w:spacing w:after="138" w:line="220" w:lineRule="exact"/>
        <w:rPr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E05749" w:rsidRPr="00D96545" w:rsidRDefault="00D96545" w:rsidP="00014A59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образования, а также Примерной программы воспитания.</w:t>
      </w:r>
    </w:p>
    <w:p w:rsidR="00E05749" w:rsidRPr="00D96545" w:rsidRDefault="00D96545" w:rsidP="00014A59">
      <w:pPr>
        <w:autoSpaceDE w:val="0"/>
        <w:autoSpaceDN w:val="0"/>
        <w:spacing w:before="226" w:after="0" w:line="230" w:lineRule="auto"/>
        <w:ind w:firstLine="709"/>
        <w:jc w:val="center"/>
        <w:rPr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E05749" w:rsidRPr="00D96545" w:rsidRDefault="00D96545" w:rsidP="00014A59">
      <w:pPr>
        <w:autoSpaceDE w:val="0"/>
        <w:autoSpaceDN w:val="0"/>
        <w:spacing w:before="346" w:after="0"/>
        <w:ind w:right="144"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(ФГОС ООО) и с учётом Примерной основной образовательной программы основного общего образования (ПООП ООО).</w:t>
      </w:r>
    </w:p>
    <w:p w:rsidR="00E05749" w:rsidRPr="00D96545" w:rsidRDefault="00D96545" w:rsidP="00014A59">
      <w:pPr>
        <w:autoSpaceDE w:val="0"/>
        <w:autoSpaceDN w:val="0"/>
        <w:spacing w:before="72" w:after="0" w:line="281" w:lineRule="auto"/>
        <w:ind w:right="144"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направлена на формирование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естественно-научной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грамотности учащихся и организацию изучения биологии на деятельностной основе. В программе учитываются возможности предмета в реализации Требований ФГОС ООО к планируемым, личностным и метапредметным результатам обучения, а также реализация межпредметных связей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естественно-научных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учебных предметов на уровне основного общего образования.</w:t>
      </w:r>
    </w:p>
    <w:p w:rsidR="00E05749" w:rsidRPr="00D96545" w:rsidRDefault="00D96545" w:rsidP="00014A59">
      <w:pPr>
        <w:autoSpaceDE w:val="0"/>
        <w:autoSpaceDN w:val="0"/>
        <w:spacing w:before="70" w:after="0" w:line="271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В программе определяются основные цели изучения биологии на уровне 5 класса основного общего образования, планируемые результаты освоения курса биологии: личностные, метапредметные, предметные.</w:t>
      </w:r>
    </w:p>
    <w:p w:rsidR="00E05749" w:rsidRPr="00D96545" w:rsidRDefault="00D96545" w:rsidP="00014A59">
      <w:pPr>
        <w:autoSpaceDE w:val="0"/>
        <w:autoSpaceDN w:val="0"/>
        <w:spacing w:before="262" w:after="0" w:line="230" w:lineRule="auto"/>
        <w:ind w:firstLine="709"/>
        <w:jc w:val="center"/>
        <w:rPr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«БИОЛОГИЯ»</w:t>
      </w:r>
    </w:p>
    <w:p w:rsidR="00E05749" w:rsidRPr="00D96545" w:rsidRDefault="00D96545" w:rsidP="00014A59">
      <w:pPr>
        <w:autoSpaceDE w:val="0"/>
        <w:autoSpaceDN w:val="0"/>
        <w:spacing w:before="166" w:after="0" w:line="271" w:lineRule="auto"/>
        <w:ind w:right="144"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Учебный предмет «Биология» развивает представления о познаваемости живой природы и методах её познания, он позволяет сформировать систему научных знаний о живых системах, умения их получать, присваивать и применять в жизненных ситуациях. </w:t>
      </w:r>
    </w:p>
    <w:p w:rsidR="00E05749" w:rsidRPr="00D96545" w:rsidRDefault="00D96545" w:rsidP="00014A59">
      <w:pPr>
        <w:autoSpaceDE w:val="0"/>
        <w:autoSpaceDN w:val="0"/>
        <w:spacing w:before="70" w:after="0" w:line="271" w:lineRule="auto"/>
        <w:ind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Биологическая подготовка обеспечивает понимание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научных принципов человеческой деятельности в природе, закладывает основы экологической культуры, здорового образа жизни.</w:t>
      </w:r>
    </w:p>
    <w:p w:rsidR="00E05749" w:rsidRDefault="00D96545" w:rsidP="00014A59">
      <w:pPr>
        <w:autoSpaceDE w:val="0"/>
        <w:autoSpaceDN w:val="0"/>
        <w:spacing w:before="262"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«БИОЛОГИЯ»</w:t>
      </w:r>
    </w:p>
    <w:p w:rsidR="00014A59" w:rsidRPr="00D96545" w:rsidRDefault="00014A59" w:rsidP="00014A59">
      <w:pPr>
        <w:autoSpaceDE w:val="0"/>
        <w:autoSpaceDN w:val="0"/>
        <w:spacing w:before="262" w:after="0" w:line="230" w:lineRule="auto"/>
        <w:ind w:firstLine="709"/>
        <w:jc w:val="center"/>
        <w:rPr>
          <w:lang w:val="ru-RU"/>
        </w:rPr>
      </w:pPr>
    </w:p>
    <w:p w:rsidR="00E05749" w:rsidRPr="00D96545" w:rsidRDefault="00D96545" w:rsidP="00014A59">
      <w:pPr>
        <w:autoSpaceDE w:val="0"/>
        <w:autoSpaceDN w:val="0"/>
        <w:spacing w:after="0"/>
        <w:ind w:left="180" w:firstLine="709"/>
        <w:jc w:val="both"/>
        <w:rPr>
          <w:lang w:val="ru-RU"/>
        </w:rPr>
      </w:pPr>
      <w:r w:rsidRPr="00014A59">
        <w:rPr>
          <w:rFonts w:ascii="Times New Roman" w:eastAsia="Times New Roman" w:hAnsi="Times New Roman"/>
          <w:b/>
          <w:color w:val="000000"/>
          <w:sz w:val="24"/>
          <w:lang w:val="ru-RU"/>
        </w:rPr>
        <w:t>Целями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изучения биологии на уровне основного общего образования являются:</w:t>
      </w:r>
    </w:p>
    <w:p w:rsidR="00E05749" w:rsidRPr="00D96545" w:rsidRDefault="00014A59" w:rsidP="00014A59">
      <w:pPr>
        <w:autoSpaceDE w:val="0"/>
        <w:autoSpaceDN w:val="0"/>
        <w:spacing w:after="0"/>
        <w:ind w:right="288" w:firstLine="709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D96545"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системы знаний о признаках и процессах жизнедеятельности биологических систем разного уровня организации; </w:t>
      </w:r>
    </w:p>
    <w:p w:rsidR="00E05749" w:rsidRPr="00D96545" w:rsidRDefault="00014A59" w:rsidP="00014A59">
      <w:pPr>
        <w:autoSpaceDE w:val="0"/>
        <w:autoSpaceDN w:val="0"/>
        <w:spacing w:after="0"/>
        <w:ind w:right="576" w:firstLine="709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D96545"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системы знаний об особенностях строения, жизнедеятельности организма человека, условиях сохранения его здоровья; </w:t>
      </w:r>
    </w:p>
    <w:p w:rsidR="00E05749" w:rsidRPr="00D96545" w:rsidRDefault="00D96545" w:rsidP="00014A59">
      <w:pPr>
        <w:autoSpaceDE w:val="0"/>
        <w:autoSpaceDN w:val="0"/>
        <w:spacing w:after="0"/>
        <w:ind w:right="144"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применять методы биологической науки для изучения биологических систем, в том числе и организма человека;</w:t>
      </w:r>
    </w:p>
    <w:p w:rsidR="00E05749" w:rsidRDefault="00014A59" w:rsidP="00014A59">
      <w:pPr>
        <w:autoSpaceDE w:val="0"/>
        <w:autoSpaceDN w:val="0"/>
        <w:spacing w:after="0"/>
        <w:ind w:right="576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="00D96545" w:rsidRPr="00D96545">
        <w:rPr>
          <w:rFonts w:ascii="Times New Roman" w:eastAsia="Times New Roman" w:hAnsi="Times New Roman"/>
          <w:color w:val="000000"/>
          <w:sz w:val="24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014A59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Pr="00D96545" w:rsidRDefault="00014A59" w:rsidP="00014A59">
      <w:pPr>
        <w:autoSpaceDE w:val="0"/>
        <w:autoSpaceDN w:val="0"/>
        <w:spacing w:after="0"/>
        <w:ind w:left="420" w:right="576" w:firstLine="709"/>
        <w:jc w:val="both"/>
        <w:rPr>
          <w:lang w:val="ru-RU"/>
        </w:rPr>
      </w:pPr>
    </w:p>
    <w:p w:rsidR="00014A59" w:rsidRPr="00014A59" w:rsidRDefault="00D96545" w:rsidP="00014A59">
      <w:pPr>
        <w:autoSpaceDE w:val="0"/>
        <w:autoSpaceDN w:val="0"/>
        <w:spacing w:after="0"/>
        <w:ind w:right="576"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E05749" w:rsidRPr="00D96545" w:rsidRDefault="00D96545" w:rsidP="00014A59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экологической культуры в целях сохранения собственного здоровья и охраны окружающей среды. </w:t>
      </w:r>
    </w:p>
    <w:p w:rsidR="00E05749" w:rsidRDefault="00D96545" w:rsidP="00014A59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Достижение целей обеспечивается решением следующих</w:t>
      </w:r>
      <w:r w:rsidR="00014A5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="00014A59">
        <w:rPr>
          <w:rFonts w:ascii="Times New Roman" w:eastAsia="Times New Roman" w:hAnsi="Times New Roman"/>
          <w:b/>
          <w:color w:val="000000"/>
          <w:sz w:val="24"/>
          <w:lang w:val="ru-RU"/>
        </w:rPr>
        <w:t>задач</w:t>
      </w:r>
      <w:r w:rsidRPr="00014A59">
        <w:rPr>
          <w:rFonts w:ascii="Times New Roman" w:eastAsia="Times New Roman" w:hAnsi="Times New Roman"/>
          <w:b/>
          <w:color w:val="000000"/>
          <w:sz w:val="24"/>
          <w:lang w:val="ru-RU"/>
        </w:rPr>
        <w:t>: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</w:p>
    <w:p w:rsidR="00014A59" w:rsidRPr="00D96545" w:rsidRDefault="00014A59" w:rsidP="00014A59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приобретение знаний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о живой природе, закономерностях строения, жизнедеятельности и средообразующей роли организмов; человеке как биосоциальном существе; о роли биологической науки в практической деятельности людей; </w:t>
      </w:r>
    </w:p>
    <w:p w:rsidR="00014A59" w:rsidRPr="00D96545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—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014A59" w:rsidRPr="00D96545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—  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014A59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—  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014A59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14A59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014A59" w:rsidRPr="00D96545" w:rsidRDefault="00014A59" w:rsidP="00014A59">
      <w:pPr>
        <w:autoSpaceDE w:val="0"/>
        <w:autoSpaceDN w:val="0"/>
        <w:spacing w:before="492" w:after="0" w:line="230" w:lineRule="auto"/>
        <w:jc w:val="center"/>
        <w:rPr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«БИОЛОГИЯ» В УЧЕБНОМ ПЛАНЕ</w:t>
      </w:r>
    </w:p>
    <w:p w:rsidR="00014A59" w:rsidRPr="00D96545" w:rsidRDefault="00014A59" w:rsidP="00014A59">
      <w:pPr>
        <w:autoSpaceDE w:val="0"/>
        <w:autoSpaceDN w:val="0"/>
        <w:spacing w:before="166" w:after="0" w:line="271" w:lineRule="auto"/>
        <w:ind w:right="432"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ФГОС ООО биология является обязательным предметом на уровне основного общего образования. Данная программа предусматривает изучение биологии в 5 классе - 1 час в неделю, всего - 3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4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часа</w:t>
      </w:r>
      <w:r w:rsidR="00037773">
        <w:rPr>
          <w:rFonts w:ascii="Times New Roman" w:eastAsia="Times New Roman" w:hAnsi="Times New Roman"/>
          <w:color w:val="000000"/>
          <w:sz w:val="24"/>
          <w:lang w:val="ru-RU"/>
        </w:rPr>
        <w:t>, в 6 классе  - 1 час внеделю, 34 часа в год.</w:t>
      </w:r>
    </w:p>
    <w:p w:rsidR="00014A59" w:rsidRDefault="00014A59" w:rsidP="00014A59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</w:p>
    <w:p w:rsidR="00037773" w:rsidRDefault="00037773" w:rsidP="00014A59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</w:p>
    <w:p w:rsidR="00037773" w:rsidRPr="00D96545" w:rsidRDefault="00037773" w:rsidP="00014A59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  <w:sectPr w:rsidR="00037773" w:rsidRPr="00D96545" w:rsidSect="00014A59">
          <w:pgSz w:w="11900" w:h="16840"/>
          <w:pgMar w:top="358" w:right="985" w:bottom="296" w:left="1701" w:header="720" w:footer="720" w:gutter="0"/>
          <w:cols w:space="720" w:equalWidth="0">
            <w:col w:w="9214" w:space="0"/>
          </w:cols>
          <w:docGrid w:linePitch="360"/>
        </w:sectPr>
      </w:pPr>
    </w:p>
    <w:p w:rsidR="00037773" w:rsidRDefault="00037773" w:rsidP="00037773">
      <w:pPr>
        <w:autoSpaceDE w:val="0"/>
        <w:autoSpaceDN w:val="0"/>
        <w:spacing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Default="00037773" w:rsidP="00037773">
      <w:pPr>
        <w:autoSpaceDE w:val="0"/>
        <w:autoSpaceDN w:val="0"/>
        <w:spacing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Default="00037773" w:rsidP="00037773">
      <w:pPr>
        <w:autoSpaceDE w:val="0"/>
        <w:autoSpaceDN w:val="0"/>
        <w:spacing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Default="00037773" w:rsidP="00037773">
      <w:pPr>
        <w:autoSpaceDE w:val="0"/>
        <w:autoSpaceDN w:val="0"/>
        <w:spacing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6B6BA5" w:rsidRDefault="006B6BA5" w:rsidP="00037773">
      <w:pPr>
        <w:autoSpaceDE w:val="0"/>
        <w:autoSpaceDN w:val="0"/>
        <w:spacing w:after="0" w:line="23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B6BA5" w:rsidRPr="006B6BA5" w:rsidRDefault="006B6BA5" w:rsidP="006B6BA5">
      <w:pPr>
        <w:jc w:val="center"/>
        <w:rPr>
          <w:rFonts w:eastAsia="Calibri"/>
          <w:b/>
          <w:lang w:val="ru-RU"/>
        </w:rPr>
      </w:pPr>
      <w:r>
        <w:rPr>
          <w:rFonts w:eastAsia="Calibri"/>
          <w:b/>
        </w:rPr>
        <w:t xml:space="preserve">5 </w:t>
      </w:r>
      <w:proofErr w:type="spellStart"/>
      <w:r>
        <w:rPr>
          <w:rFonts w:eastAsia="Calibri"/>
          <w:b/>
        </w:rPr>
        <w:t>клас</w:t>
      </w:r>
      <w:proofErr w:type="spellEnd"/>
      <w:r>
        <w:rPr>
          <w:rFonts w:eastAsia="Calibri"/>
          <w:b/>
          <w:lang w:val="ru-RU"/>
        </w:rPr>
        <w:t>с</w:t>
      </w:r>
    </w:p>
    <w:p w:rsidR="00037773" w:rsidRPr="00037773" w:rsidRDefault="00037773" w:rsidP="00037773">
      <w:pPr>
        <w:pStyle w:val="ae"/>
        <w:numPr>
          <w:ilvl w:val="0"/>
          <w:numId w:val="10"/>
        </w:numPr>
        <w:autoSpaceDE w:val="0"/>
        <w:autoSpaceDN w:val="0"/>
        <w:spacing w:before="346" w:after="0" w:line="262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777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Биология — наука о живой природе </w:t>
      </w:r>
    </w:p>
    <w:p w:rsidR="00037773" w:rsidRPr="00037773" w:rsidRDefault="00037773" w:rsidP="00037773">
      <w:pPr>
        <w:pStyle w:val="ae"/>
        <w:autoSpaceDE w:val="0"/>
        <w:autoSpaceDN w:val="0"/>
        <w:spacing w:before="346" w:after="0" w:line="262" w:lineRule="auto"/>
        <w:ind w:left="0"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Pr="00D96545" w:rsidRDefault="00037773" w:rsidP="00037773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Понятие о жизни. Признаки живого (клеточное строение, питание, дыхание, выделение, рост и др.).</w:t>
      </w:r>
    </w:p>
    <w:p w:rsidR="00037773" w:rsidRPr="00D96545" w:rsidRDefault="00037773" w:rsidP="00037773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Объекты живой и неживой природы, их сравнение. Живая и неживая природа — единое целое.</w:t>
      </w:r>
    </w:p>
    <w:p w:rsidR="00037773" w:rsidRPr="00D96545" w:rsidRDefault="00037773" w:rsidP="00037773">
      <w:pPr>
        <w:autoSpaceDE w:val="0"/>
        <w:autoSpaceDN w:val="0"/>
        <w:spacing w:after="0" w:line="281" w:lineRule="auto"/>
        <w:ind w:right="-99"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Биология — система наук о живой природе.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Основные разделы биологии (ботаника, зоология, экология, цитология, анатомия, физиология и др.).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Профессии, связанные с биологией: врач, ветеринар, психолог, агроном, животновод и др. (4—5). Связь биологии с другими науками (математика, география и др.). Роль биологии в познании окружающего мира и практической деятельности современного человека.</w:t>
      </w:r>
    </w:p>
    <w:p w:rsidR="00037773" w:rsidRPr="00D96545" w:rsidRDefault="00037773" w:rsidP="00037773">
      <w:pPr>
        <w:tabs>
          <w:tab w:val="left" w:pos="180"/>
          <w:tab w:val="left" w:pos="709"/>
        </w:tabs>
        <w:autoSpaceDE w:val="0"/>
        <w:autoSpaceDN w:val="0"/>
        <w:spacing w:after="0" w:line="262" w:lineRule="auto"/>
        <w:ind w:right="864"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Кабинет биологии. Правила поведения и работы в кабинете с биологическими приборами и инструментами.</w:t>
      </w:r>
    </w:p>
    <w:p w:rsidR="00037773" w:rsidRPr="00D96545" w:rsidRDefault="00037773" w:rsidP="00037773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Биологические термины, понятия, символы. Источники биологических знаний. Поиск информации с использованием различных источников (научнопопулярная литература, справочники, Интернет).</w:t>
      </w:r>
    </w:p>
    <w:p w:rsidR="00037773" w:rsidRPr="00037773" w:rsidRDefault="00037773" w:rsidP="00037773">
      <w:pPr>
        <w:pStyle w:val="ae"/>
        <w:numPr>
          <w:ilvl w:val="0"/>
          <w:numId w:val="10"/>
        </w:numPr>
        <w:tabs>
          <w:tab w:val="left" w:pos="180"/>
          <w:tab w:val="left" w:pos="9498"/>
        </w:tabs>
        <w:autoSpaceDE w:val="0"/>
        <w:autoSpaceDN w:val="0"/>
        <w:spacing w:before="190" w:after="0"/>
        <w:ind w:right="-9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7773">
        <w:rPr>
          <w:rFonts w:ascii="Times New Roman" w:eastAsia="Times New Roman" w:hAnsi="Times New Roman"/>
          <w:b/>
          <w:color w:val="000000"/>
          <w:sz w:val="24"/>
          <w:lang w:val="ru-RU"/>
        </w:rPr>
        <w:t>Методы изучения живой природы</w:t>
      </w:r>
    </w:p>
    <w:p w:rsidR="00037773" w:rsidRPr="00037773" w:rsidRDefault="00037773" w:rsidP="00037773">
      <w:pPr>
        <w:pStyle w:val="ae"/>
        <w:tabs>
          <w:tab w:val="left" w:pos="180"/>
          <w:tab w:val="left" w:pos="9498"/>
        </w:tabs>
        <w:autoSpaceDE w:val="0"/>
        <w:autoSpaceDN w:val="0"/>
        <w:spacing w:before="190" w:after="0"/>
        <w:ind w:left="1249" w:right="-9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Pr="00037773" w:rsidRDefault="00037773" w:rsidP="00037773">
      <w:pPr>
        <w:tabs>
          <w:tab w:val="left" w:pos="180"/>
          <w:tab w:val="left" w:pos="9498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Научные методы изучения живой природы: наблюдение, эк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сперимент, описание, измерение,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классификация. Устройство увеличительных приборов: лупы и микроскопа. Правила работы с увеличительными приборами.</w:t>
      </w:r>
    </w:p>
    <w:p w:rsidR="00037773" w:rsidRPr="00037773" w:rsidRDefault="00037773" w:rsidP="00037773">
      <w:pPr>
        <w:autoSpaceDE w:val="0"/>
        <w:autoSpaceDN w:val="0"/>
        <w:spacing w:after="0" w:line="271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Метод описания в биологии (наглядный, словесный, схематический). Метод измерения (инструменты измерения). Метод классификации организмов, применение двойных названий организмов. Наблюдение и эксперимент как ведущие методы биологии.</w:t>
      </w:r>
    </w:p>
    <w:p w:rsidR="00037773" w:rsidRDefault="00037773" w:rsidP="00037773">
      <w:pPr>
        <w:autoSpaceDE w:val="0"/>
        <w:autoSpaceDN w:val="0"/>
        <w:spacing w:after="0" w:line="271" w:lineRule="auto"/>
        <w:ind w:right="-142" w:firstLine="709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:rsidR="00037773" w:rsidRPr="00037773" w:rsidRDefault="00037773" w:rsidP="00037773">
      <w:pPr>
        <w:autoSpaceDE w:val="0"/>
        <w:autoSpaceDN w:val="0"/>
        <w:spacing w:after="0" w:line="271" w:lineRule="auto"/>
        <w:ind w:right="-142" w:firstLine="709"/>
        <w:rPr>
          <w:rFonts w:ascii="Times New Roman" w:eastAsia="Times New Roman" w:hAnsi="Times New Roman"/>
          <w:i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D9654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1. Изучение лабораторного оборудования: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термометры, весы, чашки Петри,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пробирки,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мензурки. Правила работы с оборудованием в школьном кабинете.</w:t>
      </w:r>
    </w:p>
    <w:p w:rsidR="00037773" w:rsidRPr="00D96545" w:rsidRDefault="00037773" w:rsidP="00037773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2. Ознакомление с устройством лупы, светового микроскопа, правила работы с ними.</w:t>
      </w:r>
    </w:p>
    <w:p w:rsidR="00037773" w:rsidRPr="00D96545" w:rsidRDefault="00037773" w:rsidP="00037773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3. 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</w:r>
    </w:p>
    <w:p w:rsidR="00037773" w:rsidRPr="00D96545" w:rsidRDefault="00037773" w:rsidP="00037773">
      <w:pPr>
        <w:autoSpaceDE w:val="0"/>
        <w:autoSpaceDN w:val="0"/>
        <w:spacing w:after="0" w:line="262" w:lineRule="auto"/>
        <w:ind w:right="-425" w:firstLine="709"/>
        <w:rPr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видеоэкскурсии </w:t>
      </w:r>
      <w:r w:rsidRPr="00D96545">
        <w:rPr>
          <w:lang w:val="ru-RU"/>
        </w:rPr>
        <w:br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Овладение методами изучени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я живой природы — наблюдением и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экспериментом.</w:t>
      </w:r>
    </w:p>
    <w:p w:rsidR="00037773" w:rsidRDefault="00037773" w:rsidP="00037773">
      <w:pPr>
        <w:pStyle w:val="ae"/>
        <w:numPr>
          <w:ilvl w:val="0"/>
          <w:numId w:val="10"/>
        </w:numPr>
        <w:tabs>
          <w:tab w:val="left" w:pos="9356"/>
        </w:tabs>
        <w:autoSpaceDE w:val="0"/>
        <w:autoSpaceDN w:val="0"/>
        <w:spacing w:before="190" w:after="0" w:line="262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777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Организмы — тела живой  природы </w:t>
      </w:r>
    </w:p>
    <w:p w:rsidR="00037773" w:rsidRPr="00037773" w:rsidRDefault="00037773" w:rsidP="00037773">
      <w:pPr>
        <w:pStyle w:val="ae"/>
        <w:tabs>
          <w:tab w:val="left" w:pos="9356"/>
        </w:tabs>
        <w:autoSpaceDE w:val="0"/>
        <w:autoSpaceDN w:val="0"/>
        <w:spacing w:before="190" w:after="0" w:line="262" w:lineRule="auto"/>
        <w:ind w:left="1249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037773" w:rsidRPr="00037773" w:rsidRDefault="00037773" w:rsidP="00037773">
      <w:pPr>
        <w:tabs>
          <w:tab w:val="left" w:pos="9356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037773">
        <w:rPr>
          <w:rFonts w:ascii="Times New Roman" w:eastAsia="Times New Roman" w:hAnsi="Times New Roman"/>
          <w:color w:val="000000"/>
          <w:sz w:val="24"/>
          <w:lang w:val="ru-RU"/>
        </w:rPr>
        <w:t>Понятие об организме. Доядерные и ядерные организмы.</w:t>
      </w:r>
    </w:p>
    <w:p w:rsidR="00037773" w:rsidRPr="00D96545" w:rsidRDefault="00037773" w:rsidP="00037773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Клетка и её открытие. Клеточное строение организмов. Цитология — наука о клетке. Клетка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—н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аименьшая единица строения и жизнедеятельности организмов. Строение клетки под световым микроскопом: клеточная оболочка, цитоплазма, ядро.</w:t>
      </w:r>
    </w:p>
    <w:p w:rsidR="00037773" w:rsidRPr="006B6BA5" w:rsidRDefault="00037773" w:rsidP="006B6BA5">
      <w:pPr>
        <w:autoSpaceDE w:val="0"/>
        <w:autoSpaceDN w:val="0"/>
        <w:spacing w:after="0" w:line="23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Одноклеточные и многоклеточные организмы. Клетки, ткани, органы, системы органов.</w:t>
      </w:r>
    </w:p>
    <w:p w:rsidR="00037773" w:rsidRPr="00D96545" w:rsidRDefault="00037773" w:rsidP="00037773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lang w:val="ru-RU"/>
        </w:rPr>
        <w:lastRenderedPageBreak/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Жизнедеятельность организмов. Особенности строения и процессов жизнедеятельности у растений, животных, бактерий и грибов.</w:t>
      </w:r>
    </w:p>
    <w:p w:rsidR="00037773" w:rsidRPr="00D96545" w:rsidRDefault="00037773" w:rsidP="00037773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Свойства организмов: питание, дыхание, выделение, движение, размножение, развитие, раздражимость, приспособленность. Организм — единое целое.</w:t>
      </w:r>
    </w:p>
    <w:p w:rsidR="00037773" w:rsidRPr="00D96545" w:rsidRDefault="00037773" w:rsidP="00037773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Разнообразие организмов и их классификация (таксоны в биологии: царства, типы (отделы), классы, отряды (порядки), семейства, роды, виды.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Бактерии и вирусы как формы жизни. Значение бактерий и вирусов в природе и в жизни человека.</w:t>
      </w:r>
    </w:p>
    <w:p w:rsidR="00037773" w:rsidRDefault="00037773" w:rsidP="00037773">
      <w:pPr>
        <w:autoSpaceDE w:val="0"/>
        <w:autoSpaceDN w:val="0"/>
        <w:spacing w:after="0" w:line="271" w:lineRule="auto"/>
        <w:ind w:firstLine="709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:rsidR="00037773" w:rsidRPr="00D96545" w:rsidRDefault="00037773" w:rsidP="00037773">
      <w:pPr>
        <w:autoSpaceDE w:val="0"/>
        <w:autoSpaceDN w:val="0"/>
        <w:spacing w:after="0" w:line="271" w:lineRule="auto"/>
        <w:ind w:firstLine="709"/>
        <w:rPr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D96545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1. Изучение клеток кожицы чешуи лука под лупой и микроскопом (на примере самостоятельно приготовленного микропрепарата).</w:t>
      </w:r>
    </w:p>
    <w:p w:rsidR="00037773" w:rsidRPr="00D96545" w:rsidRDefault="00037773" w:rsidP="00037773">
      <w:pPr>
        <w:autoSpaceDE w:val="0"/>
        <w:autoSpaceDN w:val="0"/>
        <w:spacing w:after="0" w:line="230" w:lineRule="auto"/>
        <w:ind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2. Ознакомление с принципами систематики организмов.</w:t>
      </w:r>
    </w:p>
    <w:p w:rsidR="00037773" w:rsidRPr="00D96545" w:rsidRDefault="00037773" w:rsidP="00037773">
      <w:pPr>
        <w:autoSpaceDE w:val="0"/>
        <w:autoSpaceDN w:val="0"/>
        <w:spacing w:after="0" w:line="230" w:lineRule="auto"/>
        <w:ind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3. Наблюдение за потреблением воды растением.</w:t>
      </w:r>
    </w:p>
    <w:p w:rsidR="00037773" w:rsidRDefault="00037773" w:rsidP="00037773">
      <w:pPr>
        <w:tabs>
          <w:tab w:val="left" w:pos="180"/>
        </w:tabs>
        <w:autoSpaceDE w:val="0"/>
        <w:autoSpaceDN w:val="0"/>
        <w:spacing w:before="190" w:after="0"/>
        <w:ind w:right="144" w:firstLine="709"/>
        <w:rPr>
          <w:lang w:val="ru-RU"/>
        </w:rPr>
      </w:pPr>
    </w:p>
    <w:p w:rsidR="00037773" w:rsidRPr="00037773" w:rsidRDefault="00037773" w:rsidP="00037773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before="190" w:after="0"/>
        <w:ind w:right="144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777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Организмы и среда обитания </w:t>
      </w:r>
    </w:p>
    <w:p w:rsidR="00037773" w:rsidRPr="00037773" w:rsidRDefault="00037773" w:rsidP="00037773">
      <w:pPr>
        <w:pStyle w:val="ae"/>
        <w:tabs>
          <w:tab w:val="left" w:pos="180"/>
        </w:tabs>
        <w:autoSpaceDE w:val="0"/>
        <w:autoSpaceDN w:val="0"/>
        <w:spacing w:before="190" w:after="0"/>
        <w:ind w:left="0" w:right="144" w:firstLine="709"/>
        <w:jc w:val="both"/>
        <w:rPr>
          <w:lang w:val="ru-RU"/>
        </w:rPr>
      </w:pPr>
      <w:r w:rsidRPr="00037773">
        <w:rPr>
          <w:lang w:val="ru-RU"/>
        </w:rPr>
        <w:br/>
      </w:r>
      <w:r>
        <w:rPr>
          <w:lang w:val="ru-RU"/>
        </w:rPr>
        <w:t xml:space="preserve"> </w:t>
      </w:r>
      <w:r w:rsidRPr="00037773">
        <w:rPr>
          <w:lang w:val="ru-RU"/>
        </w:rPr>
        <w:tab/>
      </w:r>
      <w:r>
        <w:rPr>
          <w:lang w:val="ru-RU"/>
        </w:rPr>
        <w:t xml:space="preserve">            </w:t>
      </w:r>
      <w:r w:rsidRPr="00037773">
        <w:rPr>
          <w:rFonts w:ascii="Times New Roman" w:eastAsia="Times New Roman" w:hAnsi="Times New Roman"/>
          <w:color w:val="000000"/>
          <w:sz w:val="24"/>
          <w:lang w:val="ru-RU"/>
        </w:rPr>
        <w:t>Понятие о среде обитания. Водная, наземновоздушная, почвенная, внутриорганизменная среды обитания. Представители сред обитания. Особенности сред обитания организмов. Приспособления организмов к среде обитания. Сезонные изменения в жизни организмов.</w:t>
      </w:r>
    </w:p>
    <w:p w:rsidR="00037773" w:rsidRPr="00D96545" w:rsidRDefault="00037773" w:rsidP="00037773">
      <w:pPr>
        <w:autoSpaceDE w:val="0"/>
        <w:autoSpaceDN w:val="0"/>
        <w:spacing w:before="70" w:after="0" w:line="262" w:lineRule="auto"/>
        <w:ind w:left="180" w:firstLine="709"/>
        <w:rPr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D96545">
        <w:rPr>
          <w:lang w:val="ru-RU"/>
        </w:rPr>
        <w:br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Выявление приспособлений организмов к среде обитания (на конкретных примерах).</w:t>
      </w:r>
    </w:p>
    <w:p w:rsidR="00037773" w:rsidRDefault="00037773" w:rsidP="00037773">
      <w:pPr>
        <w:autoSpaceDE w:val="0"/>
        <w:autoSpaceDN w:val="0"/>
        <w:spacing w:before="70" w:after="0" w:line="262" w:lineRule="auto"/>
        <w:ind w:left="180" w:firstLine="709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видеоэкскурсии </w:t>
      </w:r>
      <w:r w:rsidRPr="00D96545">
        <w:rPr>
          <w:lang w:val="ru-RU"/>
        </w:rPr>
        <w:br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Растительный и животный мир родного края (краеведение).</w:t>
      </w:r>
    </w:p>
    <w:p w:rsidR="00037773" w:rsidRPr="00D96545" w:rsidRDefault="00037773" w:rsidP="00037773">
      <w:pPr>
        <w:autoSpaceDE w:val="0"/>
        <w:autoSpaceDN w:val="0"/>
        <w:spacing w:before="70" w:after="0" w:line="262" w:lineRule="auto"/>
        <w:ind w:left="180" w:firstLine="709"/>
        <w:rPr>
          <w:lang w:val="ru-RU"/>
        </w:rPr>
      </w:pPr>
    </w:p>
    <w:p w:rsidR="00037773" w:rsidRPr="00037773" w:rsidRDefault="00037773" w:rsidP="00037773">
      <w:pPr>
        <w:pStyle w:val="ae"/>
        <w:numPr>
          <w:ilvl w:val="0"/>
          <w:numId w:val="10"/>
        </w:numPr>
        <w:tabs>
          <w:tab w:val="left" w:pos="180"/>
        </w:tabs>
        <w:autoSpaceDE w:val="0"/>
        <w:autoSpaceDN w:val="0"/>
        <w:spacing w:before="192" w:after="0" w:line="281" w:lineRule="auto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037773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Природные сообщества </w:t>
      </w:r>
    </w:p>
    <w:p w:rsidR="00037773" w:rsidRPr="00037773" w:rsidRDefault="00037773" w:rsidP="00037773">
      <w:pPr>
        <w:pStyle w:val="ae"/>
        <w:tabs>
          <w:tab w:val="left" w:pos="-284"/>
        </w:tabs>
        <w:autoSpaceDE w:val="0"/>
        <w:autoSpaceDN w:val="0"/>
        <w:spacing w:before="192" w:after="0" w:line="281" w:lineRule="auto"/>
        <w:ind w:left="0" w:firstLine="709"/>
        <w:jc w:val="both"/>
        <w:rPr>
          <w:lang w:val="ru-RU"/>
        </w:rPr>
      </w:pPr>
      <w:r w:rsidRPr="00037773">
        <w:rPr>
          <w:lang w:val="ru-RU"/>
        </w:rPr>
        <w:br/>
      </w:r>
      <w:r w:rsidRPr="00037773">
        <w:rPr>
          <w:lang w:val="ru-RU"/>
        </w:rPr>
        <w:tab/>
      </w:r>
      <w:r w:rsidRPr="00037773">
        <w:rPr>
          <w:rFonts w:ascii="Times New Roman" w:eastAsia="Times New Roman" w:hAnsi="Times New Roman"/>
          <w:color w:val="000000"/>
          <w:sz w:val="24"/>
          <w:lang w:val="ru-RU"/>
        </w:rPr>
        <w:t>Понятие о природном сообществе. Взаимосвязи организмов в природных сообществах. Пищевые связи в сообществах. Пищевые звенья, цепи и сети питания. Производители, потребители и разрушители органических веще</w:t>
      </w:r>
      <w:proofErr w:type="gramStart"/>
      <w:r w:rsidRPr="00037773">
        <w:rPr>
          <w:rFonts w:ascii="Times New Roman" w:eastAsia="Times New Roman" w:hAnsi="Times New Roman"/>
          <w:color w:val="000000"/>
          <w:sz w:val="24"/>
          <w:lang w:val="ru-RU"/>
        </w:rPr>
        <w:t>ств в пр</w:t>
      </w:r>
      <w:proofErr w:type="gramEnd"/>
      <w:r w:rsidRPr="00037773">
        <w:rPr>
          <w:rFonts w:ascii="Times New Roman" w:eastAsia="Times New Roman" w:hAnsi="Times New Roman"/>
          <w:color w:val="000000"/>
          <w:sz w:val="24"/>
          <w:lang w:val="ru-RU"/>
        </w:rPr>
        <w:t>иродных сообществах. Примеры природных сообществ (лес, пруд, озеро и др.).</w:t>
      </w:r>
    </w:p>
    <w:p w:rsidR="00037773" w:rsidRPr="00D96545" w:rsidRDefault="00037773" w:rsidP="006B6BA5">
      <w:pPr>
        <w:tabs>
          <w:tab w:val="left" w:pos="-284"/>
        </w:tabs>
        <w:autoSpaceDE w:val="0"/>
        <w:autoSpaceDN w:val="0"/>
        <w:spacing w:before="70" w:after="0" w:line="262" w:lineRule="auto"/>
        <w:ind w:firstLine="709"/>
        <w:jc w:val="both"/>
        <w:rPr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</w:r>
    </w:p>
    <w:p w:rsidR="006B6BA5" w:rsidRDefault="00037773" w:rsidP="006B6BA5">
      <w:pPr>
        <w:tabs>
          <w:tab w:val="left" w:pos="-284"/>
        </w:tabs>
        <w:autoSpaceDE w:val="0"/>
        <w:autoSpaceDN w:val="0"/>
        <w:spacing w:before="70"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Природные зоны Земли, их обитатели. Флора и фауна природных зон. Ландшафты: природные и культурные.</w:t>
      </w:r>
    </w:p>
    <w:p w:rsidR="006B6BA5" w:rsidRPr="006B6BA5" w:rsidRDefault="006B6BA5" w:rsidP="006B6BA5">
      <w:pPr>
        <w:tabs>
          <w:tab w:val="left" w:pos="-284"/>
        </w:tabs>
        <w:autoSpaceDE w:val="0"/>
        <w:autoSpaceDN w:val="0"/>
        <w:spacing w:before="70" w:after="0" w:line="262" w:lineRule="auto"/>
        <w:ind w:firstLine="709"/>
        <w:jc w:val="both"/>
        <w:rPr>
          <w:lang w:val="ru-RU"/>
        </w:rPr>
      </w:pPr>
    </w:p>
    <w:p w:rsidR="00037773" w:rsidRPr="00D96545" w:rsidRDefault="00037773" w:rsidP="006B6BA5">
      <w:pPr>
        <w:autoSpaceDE w:val="0"/>
        <w:autoSpaceDN w:val="0"/>
        <w:spacing w:before="70" w:after="0" w:line="262" w:lineRule="auto"/>
        <w:ind w:left="180" w:right="-142" w:firstLine="709"/>
        <w:rPr>
          <w:lang w:val="ru-RU"/>
        </w:rPr>
      </w:pP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D96545">
        <w:rPr>
          <w:lang w:val="ru-RU"/>
        </w:rPr>
        <w:br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Изучение искусственных сообще</w:t>
      </w:r>
      <w:r w:rsidR="006B6BA5">
        <w:rPr>
          <w:rFonts w:ascii="Times New Roman" w:eastAsia="Times New Roman" w:hAnsi="Times New Roman"/>
          <w:color w:val="000000"/>
          <w:sz w:val="24"/>
          <w:lang w:val="ru-RU"/>
        </w:rPr>
        <w:t xml:space="preserve">ств и их обитателей (на примере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аквариума и др.).</w:t>
      </w:r>
    </w:p>
    <w:p w:rsidR="006B6BA5" w:rsidRDefault="00037773" w:rsidP="006B6BA5">
      <w:pPr>
        <w:tabs>
          <w:tab w:val="left" w:pos="180"/>
        </w:tabs>
        <w:autoSpaceDE w:val="0"/>
        <w:autoSpaceDN w:val="0"/>
        <w:spacing w:before="70" w:after="0" w:line="262" w:lineRule="auto"/>
        <w:ind w:firstLine="709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видеоэкскурсии </w:t>
      </w:r>
      <w:r w:rsidRPr="00D96545">
        <w:rPr>
          <w:lang w:val="ru-RU"/>
        </w:rPr>
        <w:br/>
      </w:r>
      <w:r w:rsidR="006B6BA5"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1. Изучение природных соо</w:t>
      </w:r>
      <w:r w:rsidR="006B6BA5">
        <w:rPr>
          <w:rFonts w:ascii="Times New Roman" w:eastAsia="Times New Roman" w:hAnsi="Times New Roman"/>
          <w:color w:val="000000"/>
          <w:sz w:val="24"/>
          <w:lang w:val="ru-RU"/>
        </w:rPr>
        <w:t xml:space="preserve">бществ (на примере леса, озера, 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пруда, луга и др.).</w:t>
      </w:r>
    </w:p>
    <w:p w:rsidR="00037773" w:rsidRPr="00D96545" w:rsidRDefault="00037773" w:rsidP="006B6BA5">
      <w:pPr>
        <w:tabs>
          <w:tab w:val="left" w:pos="180"/>
        </w:tabs>
        <w:autoSpaceDE w:val="0"/>
        <w:autoSpaceDN w:val="0"/>
        <w:spacing w:before="70" w:after="0" w:line="262" w:lineRule="auto"/>
        <w:ind w:firstLine="709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2. Изучение сезонных явлений в жизни природных сообществ.</w:t>
      </w:r>
    </w:p>
    <w:p w:rsidR="006B6BA5" w:rsidRDefault="006B6BA5" w:rsidP="00037773">
      <w:pPr>
        <w:tabs>
          <w:tab w:val="left" w:pos="180"/>
        </w:tabs>
        <w:autoSpaceDE w:val="0"/>
        <w:autoSpaceDN w:val="0"/>
        <w:spacing w:before="190" w:after="0" w:line="283" w:lineRule="auto"/>
        <w:ind w:firstLine="709"/>
        <w:rPr>
          <w:lang w:val="ru-RU"/>
        </w:rPr>
      </w:pPr>
    </w:p>
    <w:p w:rsidR="006B6BA5" w:rsidRDefault="006B6BA5" w:rsidP="00037773">
      <w:pPr>
        <w:tabs>
          <w:tab w:val="left" w:pos="180"/>
        </w:tabs>
        <w:autoSpaceDE w:val="0"/>
        <w:autoSpaceDN w:val="0"/>
        <w:spacing w:before="190" w:after="0" w:line="283" w:lineRule="auto"/>
        <w:ind w:firstLine="709"/>
        <w:rPr>
          <w:lang w:val="ru-RU"/>
        </w:rPr>
      </w:pPr>
    </w:p>
    <w:p w:rsidR="001D36B0" w:rsidRDefault="001D36B0" w:rsidP="00037773">
      <w:pPr>
        <w:tabs>
          <w:tab w:val="left" w:pos="180"/>
        </w:tabs>
        <w:autoSpaceDE w:val="0"/>
        <w:autoSpaceDN w:val="0"/>
        <w:spacing w:before="190" w:after="0" w:line="283" w:lineRule="auto"/>
        <w:ind w:firstLine="709"/>
        <w:rPr>
          <w:lang w:val="ru-RU"/>
        </w:rPr>
      </w:pPr>
    </w:p>
    <w:p w:rsidR="001D36B0" w:rsidRDefault="001D36B0" w:rsidP="00037773">
      <w:pPr>
        <w:tabs>
          <w:tab w:val="left" w:pos="180"/>
        </w:tabs>
        <w:autoSpaceDE w:val="0"/>
        <w:autoSpaceDN w:val="0"/>
        <w:spacing w:before="190" w:after="0" w:line="283" w:lineRule="auto"/>
        <w:ind w:firstLine="709"/>
        <w:rPr>
          <w:lang w:val="ru-RU"/>
        </w:rPr>
      </w:pPr>
    </w:p>
    <w:p w:rsidR="006B6BA5" w:rsidRDefault="00037773" w:rsidP="00037773">
      <w:pPr>
        <w:tabs>
          <w:tab w:val="left" w:pos="180"/>
        </w:tabs>
        <w:autoSpaceDE w:val="0"/>
        <w:autoSpaceDN w:val="0"/>
        <w:spacing w:before="190" w:after="0" w:line="283" w:lineRule="auto"/>
        <w:ind w:firstLine="709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6. Живая природа и человек </w:t>
      </w:r>
    </w:p>
    <w:p w:rsidR="00037773" w:rsidRPr="00D96545" w:rsidRDefault="00037773" w:rsidP="006B6BA5">
      <w:pPr>
        <w:tabs>
          <w:tab w:val="left" w:pos="-142"/>
        </w:tabs>
        <w:autoSpaceDE w:val="0"/>
        <w:autoSpaceDN w:val="0"/>
        <w:spacing w:before="190" w:after="0" w:line="283" w:lineRule="auto"/>
        <w:ind w:firstLine="709"/>
        <w:jc w:val="both"/>
        <w:rPr>
          <w:lang w:val="ru-RU"/>
        </w:rPr>
      </w:pPr>
      <w:r w:rsidRPr="00D96545">
        <w:rPr>
          <w:lang w:val="ru-RU"/>
        </w:rPr>
        <w:br/>
      </w: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Изменения в природе в связи с развитием сельского хозяйства, производства и ростом численности населения. Влияние человека на живую природу в ходе истории. Глобальные экологические проблемы. Загрязнение воздушной и водной оболочек Земли, потери почв, их предотвращение. Пути сохранения биологического разнообразия. Охраняемые территории (заповедники, заказники, национальные парки, памятники природы). Красная книга РФ. Осознание жизни как великой ценности.</w:t>
      </w:r>
    </w:p>
    <w:p w:rsidR="00037773" w:rsidRPr="00D96545" w:rsidRDefault="00037773" w:rsidP="00037773">
      <w:pPr>
        <w:tabs>
          <w:tab w:val="left" w:pos="180"/>
        </w:tabs>
        <w:autoSpaceDE w:val="0"/>
        <w:autoSpaceDN w:val="0"/>
        <w:spacing w:before="72" w:after="0" w:line="271" w:lineRule="auto"/>
        <w:ind w:right="720" w:firstLine="709"/>
        <w:rPr>
          <w:lang w:val="ru-RU"/>
        </w:rPr>
      </w:pP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Практические работы </w:t>
      </w:r>
      <w:r w:rsidRPr="00D96545">
        <w:rPr>
          <w:lang w:val="ru-RU"/>
        </w:rPr>
        <w:br/>
      </w:r>
      <w:r w:rsidRPr="00D96545">
        <w:rPr>
          <w:lang w:val="ru-RU"/>
        </w:rPr>
        <w:tab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Проведение акции по уборке мусора в ближайшем лесу, парке, сквере или на пришкольной территории.</w:t>
      </w:r>
    </w:p>
    <w:p w:rsidR="00037773" w:rsidRDefault="00037773" w:rsidP="00037773">
      <w:pPr>
        <w:rPr>
          <w:lang w:val="ru-RU"/>
        </w:rPr>
      </w:pPr>
    </w:p>
    <w:p w:rsidR="006B6BA5" w:rsidRDefault="006B6BA5" w:rsidP="00037773">
      <w:pPr>
        <w:rPr>
          <w:lang w:val="ru-RU"/>
        </w:rPr>
      </w:pPr>
    </w:p>
    <w:p w:rsidR="006B6BA5" w:rsidRDefault="006B6BA5" w:rsidP="006B6BA5">
      <w:pPr>
        <w:jc w:val="center"/>
        <w:rPr>
          <w:rFonts w:eastAsia="Calibri"/>
          <w:b/>
          <w:lang w:val="ru-RU"/>
        </w:rPr>
      </w:pPr>
      <w:r w:rsidRPr="00B26377">
        <w:rPr>
          <w:rFonts w:eastAsia="Calibri"/>
          <w:b/>
        </w:rPr>
        <w:t xml:space="preserve">6 </w:t>
      </w:r>
      <w:proofErr w:type="spellStart"/>
      <w:r w:rsidRPr="00B26377">
        <w:rPr>
          <w:rFonts w:eastAsia="Calibri"/>
          <w:b/>
        </w:rPr>
        <w:t>класс</w:t>
      </w:r>
      <w:proofErr w:type="spellEnd"/>
    </w:p>
    <w:p w:rsidR="006B6BA5" w:rsidRDefault="006B6BA5" w:rsidP="006B6BA5">
      <w:pPr>
        <w:spacing w:after="0"/>
        <w:ind w:firstLine="709"/>
        <w:jc w:val="both"/>
        <w:rPr>
          <w:rFonts w:eastAsia="Calibri"/>
          <w:b/>
          <w:lang w:val="ru-RU"/>
        </w:rPr>
      </w:pPr>
    </w:p>
    <w:p w:rsidR="006B6BA5" w:rsidRPr="006B6BA5" w:rsidRDefault="006B6BA5" w:rsidP="006B6BA5">
      <w:pPr>
        <w:pStyle w:val="ae"/>
        <w:numPr>
          <w:ilvl w:val="0"/>
          <w:numId w:val="11"/>
        </w:numPr>
        <w:tabs>
          <w:tab w:val="left" w:pos="180"/>
        </w:tabs>
        <w:autoSpaceDE w:val="0"/>
        <w:autoSpaceDN w:val="0"/>
        <w:spacing w:after="0" w:line="271" w:lineRule="auto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6B6BA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Растительный организм </w:t>
      </w:r>
    </w:p>
    <w:p w:rsidR="006B6BA5" w:rsidRPr="006B6BA5" w:rsidRDefault="006B6BA5" w:rsidP="006B6BA5">
      <w:pPr>
        <w:pStyle w:val="ae"/>
        <w:tabs>
          <w:tab w:val="left" w:pos="180"/>
        </w:tabs>
        <w:autoSpaceDE w:val="0"/>
        <w:autoSpaceDN w:val="0"/>
        <w:spacing w:after="0" w:line="271" w:lineRule="auto"/>
        <w:ind w:left="1084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Ботаника — наука о растениях. Разделы ботаники. Связь ботаники с другими науками и техникой. Общие признаки растений.</w:t>
      </w: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Разнообразие растений. Уровни организации растительного организма. Высшие и низшие растения. Споровые и семенные растения.</w:t>
      </w:r>
    </w:p>
    <w:p w:rsidR="006B6BA5" w:rsidRPr="0080165B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Растительная клетка. Изучение растительной клетки под световым микроскопом: клеточная оболочка, ядро, цитоплазма (пластиды, митохондрии, вакуоли с клеточным соком). Растительные ткани. Функции растительных тканей.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Органы и системы органов растений. Строение органов растительного организма, их роль и связь между собой.</w:t>
      </w: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1. Изучение микроскопического строения листа водного растения элодеи.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2. Изучение строения растительных тканей (использование микропрепаратов).</w:t>
      </w:r>
    </w:p>
    <w:p w:rsidR="006B6BA5" w:rsidRPr="0080165B" w:rsidRDefault="006B6BA5" w:rsidP="006B6BA5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 xml:space="preserve">3. </w:t>
      </w:r>
      <w:proofErr w:type="gramStart"/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Изучение внешнего строения травянистого цветкового растения (на живых или гербарных экземплярах растений): пастушья сумка, редька дикая, лютик едкий и др.).</w:t>
      </w:r>
      <w:proofErr w:type="gramEnd"/>
    </w:p>
    <w:p w:rsidR="006B6BA5" w:rsidRDefault="006B6BA5" w:rsidP="006B6BA5">
      <w:pPr>
        <w:tabs>
          <w:tab w:val="left" w:pos="5529"/>
          <w:tab w:val="left" w:pos="6946"/>
          <w:tab w:val="left" w:pos="7371"/>
        </w:tabs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Экскурсии или видеоэкскурсии </w:t>
      </w:r>
    </w:p>
    <w:p w:rsidR="006B6BA5" w:rsidRPr="0080165B" w:rsidRDefault="006B6BA5" w:rsidP="006B6BA5">
      <w:pPr>
        <w:tabs>
          <w:tab w:val="left" w:pos="5529"/>
          <w:tab w:val="left" w:pos="6946"/>
          <w:tab w:val="left" w:pos="7371"/>
        </w:tabs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65294B">
        <w:rPr>
          <w:rFonts w:ascii="Times New Roman" w:eastAsia="Times New Roman" w:hAnsi="Times New Roman"/>
          <w:color w:val="000000"/>
          <w:sz w:val="24"/>
          <w:lang w:val="ru-RU"/>
        </w:rPr>
        <w:t>Ознакомление в природе с цветковыми растениями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Строение и жизнедеятельность растительного организма 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Питание растения 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 xml:space="preserve">Корень — орган почвенного (минерального) питания. Корни и корневые системы. Виды корней и типы корневых систем. Внешнее и внутреннее строение корня в связи с его функциями. Корневой чехлик. Зоны корня. Корневые волоски. Рост корня. Поглощение корнями воды и минеральных веществ, необходимых растению (корневое давление, осмос). Видоизменение корней. Почва, её плодородие. Значение обработки 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</w:p>
    <w:p w:rsidR="006B6BA5" w:rsidRP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почвы (окучивание), внесения удобрений, прореживания проростков, полива для жизни культурных растений. Гидропоника.</w:t>
      </w:r>
    </w:p>
    <w:p w:rsidR="006B6BA5" w:rsidRPr="0080165B" w:rsidRDefault="006B6BA5" w:rsidP="006B6BA5">
      <w:pPr>
        <w:autoSpaceDE w:val="0"/>
        <w:autoSpaceDN w:val="0"/>
        <w:spacing w:after="0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Побег и почки. Листорасположение и листовая мозаика. Строение и функции листа. Простые и сложные листья. Видоизменения листьев. Особенности внутреннего строения листа в связи с его функциями (кожица и устьица, основная ткань листа, проводящие пучки). Лист — орган воздушного питания. Фотосинтез. Значение фотосинтеза в природе и в жизни человека.</w:t>
      </w:r>
    </w:p>
    <w:p w:rsidR="006B6BA5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:rsidR="006B6BA5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</w:p>
    <w:p w:rsidR="006B6BA5" w:rsidRPr="0065294B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65294B">
        <w:rPr>
          <w:rFonts w:ascii="Times New Roman" w:eastAsia="Times New Roman" w:hAnsi="Times New Roman"/>
          <w:color w:val="000000"/>
          <w:sz w:val="24"/>
          <w:lang w:val="ru-RU"/>
        </w:rPr>
        <w:t>1. Изучение строения корневых систем (стержневой и мочковатой) на примере</w:t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65294B">
        <w:rPr>
          <w:rFonts w:ascii="Times New Roman" w:eastAsia="Times New Roman" w:hAnsi="Times New Roman"/>
          <w:color w:val="000000"/>
          <w:sz w:val="24"/>
          <w:lang w:val="ru-RU"/>
        </w:rPr>
        <w:t>гербарных экземпляров или живых растений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2. Изучение микропрепарата клеток корня.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3. Изучение строения вегетативных и генеративных почек (на примере сирени, тополя и др.).</w:t>
      </w:r>
    </w:p>
    <w:p w:rsidR="006B6BA5" w:rsidRDefault="006B6BA5" w:rsidP="006B6BA5">
      <w:pPr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 xml:space="preserve">4. Ознакомление с внешним строением листьев и листорасположением (на комнатных растениях). </w:t>
      </w:r>
    </w:p>
    <w:p w:rsidR="006B6BA5" w:rsidRPr="0080165B" w:rsidRDefault="006B6BA5" w:rsidP="006B6BA5">
      <w:pPr>
        <w:autoSpaceDE w:val="0"/>
        <w:autoSpaceDN w:val="0"/>
        <w:spacing w:after="0" w:line="262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5. Изучение микроскопического строения листа (на готовых микропрепаратах).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6. Наблюдение процесса выделения кислорода на свету аквариумными растениями.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1" w:lineRule="auto"/>
        <w:ind w:firstLine="709"/>
        <w:jc w:val="both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1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Дыхание растения </w:t>
      </w:r>
    </w:p>
    <w:p w:rsidR="006B6BA5" w:rsidRPr="0065294B" w:rsidRDefault="006B6BA5" w:rsidP="006B6BA5">
      <w:pPr>
        <w:tabs>
          <w:tab w:val="left" w:pos="180"/>
        </w:tabs>
        <w:autoSpaceDE w:val="0"/>
        <w:autoSpaceDN w:val="0"/>
        <w:spacing w:after="0" w:line="281" w:lineRule="auto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Дыхание корня. Рыхление почвы для улучшения дыхания корней. Условия, препятствующие дыханию корней. Лист как орган дыхания (устьичный аппарат). Поступление в лист атмосферного воздуха. Сильная запылённость воздуха как препятствие для дыхания листьев. Стебель как орган дыхания (наличие устьиц в кожице, чечевичек). Особенности дыхания растений. Взаимосвязь дыхания растения с фотосинтезом.</w:t>
      </w:r>
    </w:p>
    <w:p w:rsidR="006B6BA5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lang w:val="ru-RU"/>
        </w:rPr>
      </w:pP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>Лабораторные и практические работы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Изучение роли рыхления для дыхания корней.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Транспорт веществ в растении 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lang w:val="ru-RU"/>
        </w:rPr>
        <w:tab/>
      </w:r>
      <w:proofErr w:type="gramStart"/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Неорганические (вода, минеральные соли) и органические вещества (белки, жиры, углеводы, нуклеиновые кислоты, витамины и др.) растения.</w:t>
      </w:r>
      <w:proofErr w:type="gramEnd"/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Связь клеточного строения стебля с его функциями. Рост стебля в длину. Клеточное строение стебля травянистого растения: кожица, проводящие пучки, основная ткань (паренхима). Клеточное строение стебля древесного растения: кора (пробка, луб), камбий, древесина и сердцевина. Рост стебля в толщину. Проводящие ткани корня. Транспорт воды и минеральных веществ в растении (сосуды древесины) — восходящий ток. Испарение воды через стебель и листья (транспирация). Регуляция испарения воды в растении. Влияние внешних условий на испарение воды. Транспорт органических веществ в растении (ситовидные трубки луба) </w:t>
      </w:r>
      <w:proofErr w:type="gramStart"/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—н</w:t>
      </w:r>
      <w:proofErr w:type="gramEnd"/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исходящий ток. Перераспределение и запасание веществ в растении. Видоизменённые побеги: корневище, клубень, луковица. Их строение; биологическое и хозяйственное значение.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rPr>
          <w:lang w:val="ru-RU"/>
        </w:rPr>
      </w:pP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86" w:lineRule="auto"/>
        <w:ind w:firstLine="709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</w:p>
    <w:p w:rsidR="001D36B0" w:rsidRDefault="001D36B0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1. Обнаружение неорганических и органических веществ в растении.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2. Рассматривание микроскопического строения ветки дерева (на готовом микропрепарате).</w:t>
      </w:r>
    </w:p>
    <w:p w:rsidR="006B6BA5" w:rsidRPr="006B6BA5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3. Выявление передвижения воды и минеральных веществ по древесине.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4. Исследование строения корневища, клубня, луковицы.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 w:line="271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Рост растения </w:t>
      </w: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Образовательные ткани. Конус нарастания побега, рост кончика корня. Верхушечный и вставочный рост. Рост корня и стебля в толщину, камбий. Образование годичных колец у древесных растений.</w:t>
      </w:r>
    </w:p>
    <w:p w:rsidR="006B6BA5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Влияние фитогормонов на рост растения. Ростовые движения растений. Развитие побега из почки. Ветвление побегов. Управление ростом растения. Формирование кроны. Применение знаний о росте растения в сельском хозяйстве. Развитие боковых побегов.</w:t>
      </w:r>
    </w:p>
    <w:p w:rsidR="006B6BA5" w:rsidRPr="0080165B" w:rsidRDefault="006B6BA5" w:rsidP="006B6BA5">
      <w:pPr>
        <w:autoSpaceDE w:val="0"/>
        <w:autoSpaceDN w:val="0"/>
        <w:spacing w:after="0" w:line="271" w:lineRule="auto"/>
        <w:ind w:firstLine="709"/>
        <w:jc w:val="both"/>
        <w:rPr>
          <w:lang w:val="ru-RU"/>
        </w:rPr>
      </w:pP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 w:line="262" w:lineRule="auto"/>
        <w:ind w:firstLine="709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1. Наблюдение за ростом корня.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2. Наблюдение за ростом побега.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3. Определение возраста дерева по спилу.</w:t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</w:p>
    <w:p w:rsidR="006B6BA5" w:rsidRDefault="006B6BA5" w:rsidP="006B6BA5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Размножение растения </w:t>
      </w:r>
    </w:p>
    <w:p w:rsidR="006B6BA5" w:rsidRPr="0080165B" w:rsidRDefault="006B6BA5" w:rsidP="006B6BA5">
      <w:pPr>
        <w:tabs>
          <w:tab w:val="left" w:pos="180"/>
        </w:tabs>
        <w:autoSpaceDE w:val="0"/>
        <w:autoSpaceDN w:val="0"/>
        <w:spacing w:after="0"/>
        <w:ind w:firstLine="709"/>
        <w:jc w:val="both"/>
        <w:rPr>
          <w:lang w:val="ru-RU"/>
        </w:rPr>
      </w:pPr>
      <w:r w:rsidRPr="0080165B">
        <w:rPr>
          <w:lang w:val="ru-RU"/>
        </w:rPr>
        <w:tab/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Вегетативное размножение цветковых растений в природе. Вегетативное размножение культурных растений. Клоны. Сохранение п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ризнаков материнского растения</w:t>
      </w:r>
      <w:proofErr w:type="gramStart"/>
      <w:r>
        <w:rPr>
          <w:rFonts w:ascii="Times New Roman" w:eastAsia="Times New Roman" w:hAnsi="Times New Roman"/>
          <w:color w:val="000000"/>
          <w:sz w:val="24"/>
          <w:lang w:val="ru-RU"/>
        </w:rPr>
        <w:t>.Х</w:t>
      </w:r>
      <w:proofErr w:type="gramEnd"/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озяйственное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значение вегетативного размножения. Семенное (генеративное) размножение растений. Цветки и соцветия.</w:t>
      </w:r>
    </w:p>
    <w:p w:rsidR="006B6BA5" w:rsidRDefault="006B6BA5" w:rsidP="006B6BA5">
      <w:pPr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Опыление. Перекрёстное опыление (ветром, животными, водой) и самоопыление. Двойное оплодотворение. Наследование признаков обоих растений. Образование плодов и семян. Типы плодов. Распространение плодов и семян в природе. Состав и строение семян. Условия прорастания семян. Подготовка семян к посеву. Развитие проростков.</w:t>
      </w:r>
    </w:p>
    <w:p w:rsidR="006B6BA5" w:rsidRPr="0080165B" w:rsidRDefault="006B6BA5" w:rsidP="006B6BA5">
      <w:pPr>
        <w:autoSpaceDE w:val="0"/>
        <w:autoSpaceDN w:val="0"/>
        <w:spacing w:after="0"/>
        <w:ind w:firstLine="709"/>
        <w:jc w:val="both"/>
        <w:rPr>
          <w:lang w:val="ru-RU"/>
        </w:rPr>
      </w:pPr>
    </w:p>
    <w:p w:rsidR="006B6BA5" w:rsidRPr="0080165B" w:rsidRDefault="006B6BA5" w:rsidP="006B6BA5">
      <w:pPr>
        <w:autoSpaceDE w:val="0"/>
        <w:autoSpaceDN w:val="0"/>
        <w:spacing w:after="0"/>
        <w:ind w:firstLine="709"/>
        <w:rPr>
          <w:lang w:val="ru-RU"/>
        </w:rPr>
      </w:pP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1. Овладение приёмами вегетативного размножения растений (черенкование побегов, черенкование листьев и др.) на примере комнатных растений (традесканция, сенполия, бегония, сансевьера и др.). 2. Изучение строения цветков.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3. Ознакомление с различными типами соцветий.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4. Изучение строения семян двудольных растений.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5. Изучение строения семян однодольных растений.</w:t>
      </w:r>
    </w:p>
    <w:p w:rsidR="006B6BA5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6. Определение всхожести семян культурных растений и посев их в грунт.</w:t>
      </w:r>
    </w:p>
    <w:p w:rsidR="006B6BA5" w:rsidRPr="0080165B" w:rsidRDefault="006B6BA5" w:rsidP="006B6BA5">
      <w:pPr>
        <w:autoSpaceDE w:val="0"/>
        <w:autoSpaceDN w:val="0"/>
        <w:spacing w:after="0" w:line="230" w:lineRule="auto"/>
        <w:ind w:firstLine="709"/>
        <w:jc w:val="both"/>
        <w:rPr>
          <w:lang w:val="ru-RU"/>
        </w:rPr>
      </w:pPr>
    </w:p>
    <w:p w:rsidR="006B6BA5" w:rsidRPr="0080165B" w:rsidRDefault="006B6BA5" w:rsidP="006B6BA5">
      <w:pPr>
        <w:autoSpaceDE w:val="0"/>
        <w:autoSpaceDN w:val="0"/>
        <w:spacing w:after="0" w:line="262" w:lineRule="auto"/>
        <w:ind w:firstLine="709"/>
        <w:rPr>
          <w:lang w:val="ru-RU"/>
        </w:rPr>
      </w:pPr>
      <w:r w:rsidRPr="0080165B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Развитие растения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Развитие цветкового растения. Основные периоды развития. Цикл развития цветкового растения.</w:t>
      </w:r>
    </w:p>
    <w:p w:rsidR="006B6BA5" w:rsidRDefault="006B6BA5" w:rsidP="006B6BA5">
      <w:pPr>
        <w:autoSpaceDE w:val="0"/>
        <w:autoSpaceDN w:val="0"/>
        <w:spacing w:after="0" w:line="262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Влияние факторов внешней среды на развитие цветковых растений. Жизненные формы цветковых растений.</w:t>
      </w:r>
    </w:p>
    <w:p w:rsidR="006B6BA5" w:rsidRDefault="006B6BA5" w:rsidP="006B6BA5">
      <w:pPr>
        <w:autoSpaceDE w:val="0"/>
        <w:autoSpaceDN w:val="0"/>
        <w:spacing w:after="0" w:line="271" w:lineRule="auto"/>
        <w:ind w:firstLine="709"/>
        <w:rPr>
          <w:lang w:val="ru-RU"/>
        </w:rPr>
      </w:pPr>
      <w:r w:rsidRPr="0080165B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Лабораторные и практические работы </w:t>
      </w:r>
      <w:r w:rsidRPr="0080165B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  <w:lang w:val="ru-RU"/>
        </w:rPr>
        <w:t xml:space="preserve">             </w:t>
      </w: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1. Наблюдение за ростом и развитием цветкового растения в комнатных условиях (на примере фасоли или посевного гороха).</w:t>
      </w:r>
    </w:p>
    <w:p w:rsidR="006B6BA5" w:rsidRPr="0080165B" w:rsidRDefault="006B6BA5" w:rsidP="006B6BA5">
      <w:pPr>
        <w:autoSpaceDE w:val="0"/>
        <w:autoSpaceDN w:val="0"/>
        <w:spacing w:after="0" w:line="271" w:lineRule="auto"/>
        <w:ind w:firstLine="709"/>
        <w:rPr>
          <w:lang w:val="ru-RU"/>
        </w:rPr>
      </w:pPr>
      <w:r w:rsidRPr="0080165B">
        <w:rPr>
          <w:rFonts w:ascii="Times New Roman" w:eastAsia="Times New Roman" w:hAnsi="Times New Roman"/>
          <w:color w:val="000000"/>
          <w:sz w:val="24"/>
          <w:lang w:val="ru-RU"/>
        </w:rPr>
        <w:t>2. Определение условий прорастания семян.</w:t>
      </w:r>
    </w:p>
    <w:p w:rsidR="006B6BA5" w:rsidRPr="006B6BA5" w:rsidRDefault="006B6BA5" w:rsidP="006B6BA5">
      <w:pPr>
        <w:jc w:val="center"/>
        <w:rPr>
          <w:lang w:val="ru-RU"/>
        </w:rPr>
        <w:sectPr w:rsidR="006B6BA5" w:rsidRPr="006B6BA5" w:rsidSect="006B6BA5">
          <w:pgSz w:w="11900" w:h="16840"/>
          <w:pgMar w:top="286" w:right="843" w:bottom="1134" w:left="1701" w:header="720" w:footer="720" w:gutter="0"/>
          <w:cols w:space="720" w:equalWidth="0">
            <w:col w:w="9356" w:space="0"/>
          </w:cols>
          <w:docGrid w:linePitch="360"/>
        </w:sectPr>
      </w:pPr>
    </w:p>
    <w:p w:rsidR="00037773" w:rsidRPr="00D96545" w:rsidRDefault="00037773" w:rsidP="00037773">
      <w:pPr>
        <w:autoSpaceDE w:val="0"/>
        <w:autoSpaceDN w:val="0"/>
        <w:spacing w:after="78" w:line="220" w:lineRule="exact"/>
        <w:rPr>
          <w:lang w:val="ru-RU"/>
        </w:rPr>
      </w:pPr>
    </w:p>
    <w:p w:rsidR="00B419A4" w:rsidRDefault="00B419A4" w:rsidP="00B419A4">
      <w:pPr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B419A4" w:rsidRDefault="00B419A4" w:rsidP="00B419A4">
      <w:pPr>
        <w:autoSpaceDE w:val="0"/>
        <w:autoSpaceDN w:val="0"/>
        <w:spacing w:after="0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B419A4" w:rsidRDefault="00B419A4" w:rsidP="00B419A4">
      <w:pPr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B419A4" w:rsidRDefault="00B419A4" w:rsidP="00B419A4">
      <w:pPr>
        <w:autoSpaceDE w:val="0"/>
        <w:autoSpaceDN w:val="0"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Освоение учебного предмета «Биология» на уровне основного общего образования должно обеспечивать достижение следующих личностных, метапредметных и предметных образовательных результатов: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Патриотическое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отношение к биологии как к важной составляющей культуры, гордость за вклад российских и советских учёных в развитие мировой биологической науки.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Гражданское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конструктивной совместной деятельности при выполнении исследований и проектов, стремление к взаимопониманию и взаимопомощи.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Духовно-нравственное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оценивать поведение и поступки с позиции нравственных норм и норм экологической культуры;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понимание значимости нравственного аспекта деятельности человека в медицине и биологии.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Эстетическое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понимание роли биологии в формировании эстетической культуры личности.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Ценности научного познания: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понимание роли биологической науки в формировании научного мировоззрения;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развитие научной любознательности, интереса к биологической науке, навыков исследовательской деятельности.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Формирование культуры здоровья: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соблюдение правил безопасности, в том числе навыки безопасного поведения в природной среде;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сформированность навыка рефлексии, управление собственным эмоциональным состоянием.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Трудовое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активное участие в решении практических задач (в рамках семьи, школы, города, края) биологической и экологической направленности, интерес к практическому изучению профессий, связанных с биологией.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Экологическое воспитание: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ориентация на применение биологических знаний при решении задач в области окружающей среды;</w:t>
      </w:r>
    </w:p>
    <w:p w:rsidR="00B419A4" w:rsidRDefault="00B419A4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осознание экологических проблем и путей их решения;</w:t>
      </w: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Pr="00B419A4" w:rsidRDefault="00336C29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готовность к участию в практической деятельности экологической направленности.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Адаптация </w:t>
      </w:r>
      <w:proofErr w:type="gramStart"/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обучающегося</w:t>
      </w:r>
      <w:proofErr w:type="gramEnd"/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 к изменяющимся условиям социальной и природной среды: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адекватная оценка изменяющихся условий;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принятие решения (индивидуальное, в группе) в изменяющихся условиях на основании анализа биологической информации;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планирование действий в новой ситуации на основании знаний биологических закономерностей. 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Универсальные познавательные действия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логические действия: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и характеризовать существенные признаки биологических объектов (явлений);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 учётом предложенной биологической задачи выявлять закономерности и противоречия в рассматриваемых фактах и наблюдениях; предлагать критерии для выявления закономерностей и противоречий;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дефициты информации, данных, необходимых для решения поставленной задачи;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причинно-следственные связи при изучении биологических явлений и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использовать вопросы как исследовательский инструмент познания;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формировать гипотезу об истинности собственных суждений, аргументировать свою позицию, мнение;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(процесса) изучения, причинно-следственных связей и зависимостей биологических объектов между собой;</w:t>
      </w:r>
    </w:p>
    <w:p w:rsidR="00336C29" w:rsidRPr="00336C29" w:rsidRDefault="00B419A4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на применимость и достоверность информацию, полученную в ходе наблюдения и эксперимента;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Работа с информацией: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надёжность биологической информации по критериям, предложенным учителем или сформулированным самостоятельно;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запоминать и систематизировать биологическую информацию.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Универсальные коммуникативные действия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Общение</w:t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воспринимать и формулировать суждения, выражать эмоции в процессе выполнения практических и лабораторных работ;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выражать себя (свою точку зрения) в устных и письменных текстах;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 ходе диалога и/или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сопоставлять свои суждения с суждениями других участников диалога, обнаруживать различие и сходство позиций;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публично представлять результаты выполненного биологического опыта (эксперимента,</w:t>
      </w:r>
      <w:proofErr w:type="gramEnd"/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исследования, проекта);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Совместная деятельность (сотрудничество):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понимать и использовать преимущества командной и индивидуальной работы при решении конкретной биологической  проблемы, обосновывать необходимость применения групповых форм взаимодействия при решении поставленной учебной задачи;</w:t>
      </w: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336C29">
      <w:pPr>
        <w:autoSpaceDE w:val="0"/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336C29">
      <w:pPr>
        <w:autoSpaceDE w:val="0"/>
        <w:autoSpaceDN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нескольких</w:t>
      </w:r>
      <w:proofErr w:type="gramEnd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овладеть системой универсальных коммуникативных действий, которая обеспечивает сформированность социальных навыков и эмоционального интеллекта обучающихся.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Универсальные регулятивные действия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Самоорганизация: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проблемы для решения в жизненных и учебных ситуациях, используя биологические знания;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самостоятельно составлять алгоритм решения  задачи 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составлять план действий (план реализации намеченного алгоритма решения),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корректировать предложенный алгоритм с учётом получения новых биологических знаний об изучаемом биологическом объекте;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делать выбор и брать ответственность за решение.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Самоконтроль (рефлексия):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владеть способами самоконтроля, самомотивации и рефлексии;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давать адекватную оценку ситуации и предлагать план её изменения;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позитивное</w:t>
      </w:r>
      <w:proofErr w:type="gramEnd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произошедшей ситуации;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оценивать соответствие результата цели и условиям.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Эмоциональный интеллект:</w:t>
      </w:r>
    </w:p>
    <w:p w:rsidR="00B419A4" w:rsidRDefault="00B419A4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различать, называть и управлять собственными эмоциями и эмоциями других;</w:t>
      </w: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B419A4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Pr="00B419A4" w:rsidRDefault="00336C29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и анализировать причины эмоций;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ставить себя на место другого человека, понимать мотивы и намерения другого;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регулировать способ выражения эмоций.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Принятие себя и других: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осознанно относиться к другому человеку, его мнению;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признавать своё право на ошибку и такое же право </w:t>
      </w: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другого</w:t>
      </w:r>
      <w:proofErr w:type="gramEnd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открытость себе и другим;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осознавать невозможность контролировать всё вокруг;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характеризовать ботанику как биологическую науку, её разделы и связи с другими науками и техникой;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приводить примеры вклада российских (в том числе В. В. Докучаев, К. А. Тимирязев, С. Г. Навашин) и зарубежных учёных (в том числе Р. Гук, М. Мальпиги) в развитие наук о растениях;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применять биологические термины и понятия (в том числе: ботаника, растительная клетка, растительная ткань, органы растений, система органов растения: корень, побег почка, лист, видоизменённые органы, цветок, плод, семя, растительный организм, минеральное питание, фотосинтез, дыхание, рост, развитие, размножение, клон, раздражимость) в соответствии с поставленной задачей и в контексте;</w:t>
      </w:r>
      <w:proofErr w:type="gramEnd"/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описывать строение и жизнедеятельность растительного организма (на примере покрытосеменных или цветковых): поглощение воды и минеральное питание, фотосинтез,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дыхание, транспорт веществ, рост, размножение, развитие; связь строения вегетативных и генеративных органов растений с их функциями;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  —  различать и описывать живые и гербарные экземпляры растений по заданному плану,     части растений по изображениям, схемам, моделям, муляжам, рельефным таблицам;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характеризовать признаки растений, уровни организации растительного организма, части растений: клетки, ткани, органы, системы органов, организм;</w:t>
      </w:r>
      <w:proofErr w:type="gramEnd"/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сравнивать растительные ткани и органы растений между собой;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выполнять практические и лабораторные работы по морфологии и физиологии растений, в том числе работы с микроскопом с постоянными (фиксированными) и временными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микропрепаратами, исследовательские работы с использованием приборов и инструментов цифровой лаборатории;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характеризовать процессы жизнедеятельности растений: поглощение воды и минеральное питание, фотосинтез, дыхание, рост, развитие, способы естественного и искусственного вегетативного размножения; семенное размножение (на примере покрытосеменных, или цветковых);</w:t>
      </w:r>
    </w:p>
    <w:p w:rsidR="00B419A4" w:rsidRPr="00B419A4" w:rsidRDefault="00B419A4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выявлять причинно-следственные связи между строением и функциями тканей и органов растений, строением и жизнедеятельностью растений;</w:t>
      </w:r>
    </w:p>
    <w:p w:rsidR="00B419A4" w:rsidRDefault="00B419A4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классифицировать растения и их части по разным основаниям;</w:t>
      </w:r>
    </w:p>
    <w:p w:rsidR="00336C29" w:rsidRDefault="00336C29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Default="00336C29" w:rsidP="00336C29">
      <w:pPr>
        <w:autoSpaceDE w:val="0"/>
        <w:autoSpaceDN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336C29" w:rsidRPr="00B419A4" w:rsidRDefault="00336C29" w:rsidP="00336C29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 объяснять роль растений в природе и жизни человека: значение фотосинтеза в природе и в жизни человека; биологическое и хозяйственное значение видоизменённых побегов; </w:t>
      </w:r>
      <w:r w:rsidRPr="00B419A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хозяйственное значение вегетативного размножения;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применять полученные знания для выращивания и размножения культурных растений;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использовать методы биологии: проводить наблюдения за растениями, описывать растения и их части, ставить простейшие биологические опыты и эксперименты;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демонстрировать на конкретных примерах связь знаний биологии со знаниями по математике, географии, технологии, предметов гуманитарного цикла, различными видами искусства;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владеть приёмами работы с биологической информацией: формулировать основания для извлечения и обобщения информации из двух источников; преобразовывать информацию из одной знаковой системы в другую;</w:t>
      </w:r>
    </w:p>
    <w:p w:rsidR="00B419A4" w:rsidRPr="00B419A4" w:rsidRDefault="00B419A4" w:rsidP="00B419A4">
      <w:pPr>
        <w:autoSpaceDE w:val="0"/>
        <w:autoSpaceDN w:val="0"/>
        <w:spacing w:after="0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419A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 создавать письменные и устные сообщения, грамотно используя понятийный аппарат изучаемого раздела биологии.</w:t>
      </w:r>
    </w:p>
    <w:p w:rsidR="00E05749" w:rsidRDefault="00E05749">
      <w:pPr>
        <w:rPr>
          <w:lang w:val="ru-RU"/>
        </w:rPr>
      </w:pPr>
    </w:p>
    <w:p w:rsidR="00336C29" w:rsidRDefault="00336C29" w:rsidP="00336C2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36C29">
        <w:rPr>
          <w:rFonts w:ascii="Times New Roman" w:hAnsi="Times New Roman" w:cs="Times New Roman"/>
          <w:b/>
          <w:sz w:val="24"/>
          <w:szCs w:val="24"/>
          <w:lang w:val="ru-RU"/>
        </w:rPr>
        <w:t>Т</w:t>
      </w:r>
      <w:r w:rsidR="001D36B0">
        <w:rPr>
          <w:rFonts w:ascii="Times New Roman" w:hAnsi="Times New Roman" w:cs="Times New Roman"/>
          <w:b/>
          <w:sz w:val="24"/>
          <w:szCs w:val="24"/>
          <w:lang w:val="ru-RU"/>
        </w:rPr>
        <w:t>ЕМАТИЧЕСКОЕ ПЛАНИРОВАНИЕ</w:t>
      </w:r>
    </w:p>
    <w:tbl>
      <w:tblPr>
        <w:tblStyle w:val="aff0"/>
        <w:tblW w:w="0" w:type="auto"/>
        <w:tblLook w:val="04A0"/>
      </w:tblPr>
      <w:tblGrid>
        <w:gridCol w:w="541"/>
        <w:gridCol w:w="3939"/>
        <w:gridCol w:w="1320"/>
        <w:gridCol w:w="1930"/>
        <w:gridCol w:w="1930"/>
      </w:tblGrid>
      <w:tr w:rsidR="001D36B0" w:rsidRPr="008A5912" w:rsidTr="001D36B0">
        <w:trPr>
          <w:trHeight w:val="300"/>
        </w:trPr>
        <w:tc>
          <w:tcPr>
            <w:tcW w:w="541" w:type="dxa"/>
            <w:vMerge w:val="restart"/>
          </w:tcPr>
          <w:p w:rsidR="001D36B0" w:rsidRPr="001D36B0" w:rsidRDefault="001D36B0" w:rsidP="001D36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  <w:p w:rsidR="001D36B0" w:rsidRPr="001D36B0" w:rsidRDefault="001D36B0" w:rsidP="001D36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3939" w:type="dxa"/>
            <w:vMerge w:val="restart"/>
          </w:tcPr>
          <w:p w:rsidR="001D36B0" w:rsidRPr="001D36B0" w:rsidRDefault="001D36B0" w:rsidP="001D36B0">
            <w:pPr>
              <w:pStyle w:val="Default"/>
              <w:rPr>
                <w:color w:val="auto"/>
              </w:rPr>
            </w:pPr>
            <w:r w:rsidRPr="001D36B0">
              <w:rPr>
                <w:color w:val="auto"/>
              </w:rPr>
              <w:t xml:space="preserve">Наименование </w:t>
            </w:r>
          </w:p>
          <w:p w:rsidR="001D36B0" w:rsidRPr="001D36B0" w:rsidRDefault="001D36B0" w:rsidP="001D36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D36B0">
              <w:rPr>
                <w:rFonts w:ascii="Times New Roman" w:hAnsi="Times New Roman" w:cs="Times New Roman"/>
                <w:sz w:val="24"/>
                <w:szCs w:val="24"/>
              </w:rPr>
              <w:t>разделов</w:t>
            </w:r>
            <w:proofErr w:type="spellEnd"/>
            <w:r w:rsidRPr="001D36B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D36B0">
              <w:rPr>
                <w:rFonts w:ascii="Times New Roman" w:hAnsi="Times New Roman" w:cs="Times New Roman"/>
                <w:sz w:val="24"/>
                <w:szCs w:val="24"/>
              </w:rPr>
              <w:t>тем</w:t>
            </w:r>
            <w:proofErr w:type="spellEnd"/>
            <w:r w:rsidRPr="001D36B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320" w:type="dxa"/>
            <w:vMerge w:val="restart"/>
          </w:tcPr>
          <w:p w:rsidR="001D36B0" w:rsidRPr="001D36B0" w:rsidRDefault="001D36B0" w:rsidP="00336C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часов по программе</w:t>
            </w:r>
          </w:p>
        </w:tc>
        <w:tc>
          <w:tcPr>
            <w:tcW w:w="3860" w:type="dxa"/>
            <w:gridSpan w:val="2"/>
          </w:tcPr>
          <w:p w:rsidR="001D36B0" w:rsidRPr="00AE512E" w:rsidRDefault="001D36B0" w:rsidP="001D36B0">
            <w:pPr>
              <w:pStyle w:val="Default"/>
              <w:spacing w:line="276" w:lineRule="auto"/>
            </w:pPr>
            <w:r w:rsidRPr="00AE512E">
              <w:t>В том числе на проведение</w:t>
            </w:r>
          </w:p>
        </w:tc>
      </w:tr>
      <w:tr w:rsidR="001D36B0" w:rsidTr="001D36B0">
        <w:trPr>
          <w:trHeight w:val="240"/>
        </w:trPr>
        <w:tc>
          <w:tcPr>
            <w:tcW w:w="541" w:type="dxa"/>
            <w:vMerge/>
          </w:tcPr>
          <w:p w:rsidR="001D36B0" w:rsidRPr="001D36B0" w:rsidRDefault="001D36B0" w:rsidP="001D36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39" w:type="dxa"/>
            <w:vMerge/>
          </w:tcPr>
          <w:p w:rsidR="001D36B0" w:rsidRPr="001D36B0" w:rsidRDefault="001D36B0" w:rsidP="001D36B0">
            <w:pPr>
              <w:pStyle w:val="Default"/>
              <w:rPr>
                <w:color w:val="auto"/>
              </w:rPr>
            </w:pPr>
          </w:p>
        </w:tc>
        <w:tc>
          <w:tcPr>
            <w:tcW w:w="1320" w:type="dxa"/>
            <w:vMerge/>
          </w:tcPr>
          <w:p w:rsidR="001D36B0" w:rsidRDefault="001D36B0" w:rsidP="00336C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1D36B0" w:rsidRPr="00AE512E" w:rsidRDefault="001D36B0" w:rsidP="001D36B0">
            <w:pPr>
              <w:pStyle w:val="Default"/>
              <w:spacing w:line="276" w:lineRule="auto"/>
              <w:ind w:firstLine="0"/>
              <w:jc w:val="center"/>
            </w:pPr>
            <w:r w:rsidRPr="00AE512E">
              <w:t>Практических работ</w:t>
            </w:r>
          </w:p>
        </w:tc>
        <w:tc>
          <w:tcPr>
            <w:tcW w:w="1930" w:type="dxa"/>
          </w:tcPr>
          <w:p w:rsidR="001D36B0" w:rsidRPr="00AE512E" w:rsidRDefault="001D36B0" w:rsidP="001D36B0">
            <w:pPr>
              <w:pStyle w:val="Default"/>
              <w:spacing w:line="276" w:lineRule="auto"/>
              <w:ind w:firstLine="0"/>
              <w:jc w:val="center"/>
            </w:pPr>
            <w:r>
              <w:t>Контрольных работ</w:t>
            </w:r>
          </w:p>
        </w:tc>
      </w:tr>
      <w:tr w:rsidR="001D36B0" w:rsidTr="001D36B0">
        <w:tc>
          <w:tcPr>
            <w:tcW w:w="9660" w:type="dxa"/>
            <w:gridSpan w:val="5"/>
            <w:tcBorders>
              <w:bottom w:val="single" w:sz="4" w:space="0" w:color="auto"/>
            </w:tcBorders>
          </w:tcPr>
          <w:p w:rsidR="001D36B0" w:rsidRPr="001D36B0" w:rsidRDefault="001D36B0" w:rsidP="00336C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класс</w:t>
            </w:r>
          </w:p>
        </w:tc>
      </w:tr>
      <w:tr w:rsidR="001D36B0" w:rsidTr="001D36B0">
        <w:tc>
          <w:tcPr>
            <w:tcW w:w="541" w:type="dxa"/>
          </w:tcPr>
          <w:p w:rsidR="001D36B0" w:rsidRP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6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939" w:type="dxa"/>
          </w:tcPr>
          <w:p w:rsidR="001D36B0" w:rsidRP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1D36B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Биология — наука о живой природе 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30" w:type="dxa"/>
          </w:tcPr>
          <w:p w:rsidR="001D36B0" w:rsidRPr="001D36B0" w:rsidRDefault="001D36B0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D36B0" w:rsidTr="001D36B0">
        <w:tc>
          <w:tcPr>
            <w:tcW w:w="541" w:type="dxa"/>
          </w:tcPr>
          <w:p w:rsidR="001D36B0" w:rsidRP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939" w:type="dxa"/>
          </w:tcPr>
          <w:p w:rsidR="001D36B0" w:rsidRP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Методы изучения живой природы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D36B0" w:rsidTr="001D36B0">
        <w:tc>
          <w:tcPr>
            <w:tcW w:w="541" w:type="dxa"/>
          </w:tcPr>
          <w:p w:rsid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939" w:type="dxa"/>
          </w:tcPr>
          <w:p w:rsid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Организмы – тела живой природы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D36B0" w:rsidTr="001D36B0">
        <w:tc>
          <w:tcPr>
            <w:tcW w:w="541" w:type="dxa"/>
          </w:tcPr>
          <w:p w:rsid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939" w:type="dxa"/>
          </w:tcPr>
          <w:p w:rsid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Организмы и среда обитания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D36B0" w:rsidTr="001D36B0">
        <w:tc>
          <w:tcPr>
            <w:tcW w:w="541" w:type="dxa"/>
          </w:tcPr>
          <w:p w:rsid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939" w:type="dxa"/>
          </w:tcPr>
          <w:p w:rsid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Природные сообщества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D36B0" w:rsidTr="001D36B0">
        <w:tc>
          <w:tcPr>
            <w:tcW w:w="541" w:type="dxa"/>
          </w:tcPr>
          <w:p w:rsid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939" w:type="dxa"/>
          </w:tcPr>
          <w:p w:rsidR="001D36B0" w:rsidRDefault="001D36B0" w:rsidP="001D36B0">
            <w:pPr>
              <w:autoSpaceDE w:val="0"/>
              <w:autoSpaceDN w:val="0"/>
              <w:jc w:val="both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Живая природа и человек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1D36B0" w:rsidTr="001D36B0">
        <w:tc>
          <w:tcPr>
            <w:tcW w:w="541" w:type="dxa"/>
          </w:tcPr>
          <w:p w:rsidR="001D36B0" w:rsidRDefault="001D36B0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39" w:type="dxa"/>
          </w:tcPr>
          <w:p w:rsidR="001D36B0" w:rsidRDefault="001D36B0" w:rsidP="001D36B0">
            <w:pPr>
              <w:autoSpaceDE w:val="0"/>
              <w:autoSpaceDN w:val="0"/>
              <w:jc w:val="right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Итого:</w:t>
            </w:r>
          </w:p>
        </w:tc>
        <w:tc>
          <w:tcPr>
            <w:tcW w:w="132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930" w:type="dxa"/>
          </w:tcPr>
          <w:p w:rsidR="001D36B0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930" w:type="dxa"/>
          </w:tcPr>
          <w:p w:rsidR="001D36B0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</w:tr>
      <w:tr w:rsidR="005C0B29" w:rsidTr="00677D63">
        <w:tc>
          <w:tcPr>
            <w:tcW w:w="9660" w:type="dxa"/>
            <w:gridSpan w:val="5"/>
          </w:tcPr>
          <w:p w:rsidR="005C0B29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класс</w:t>
            </w:r>
          </w:p>
        </w:tc>
      </w:tr>
      <w:tr w:rsidR="005C0B29" w:rsidTr="005C0B29">
        <w:tc>
          <w:tcPr>
            <w:tcW w:w="541" w:type="dxa"/>
          </w:tcPr>
          <w:p w:rsidR="005C0B29" w:rsidRDefault="005C0B29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939" w:type="dxa"/>
          </w:tcPr>
          <w:p w:rsidR="005C0B29" w:rsidRDefault="005C0B29" w:rsidP="005C0B29">
            <w:pPr>
              <w:autoSpaceDE w:val="0"/>
              <w:autoSpaceDN w:val="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37DE1">
              <w:rPr>
                <w:rFonts w:ascii="Times New Roman" w:hAnsi="Times New Roman" w:cs="Times New Roman"/>
                <w:lang w:val="ru-RU"/>
              </w:rPr>
              <w:t>Растительный организм</w:t>
            </w:r>
          </w:p>
        </w:tc>
        <w:tc>
          <w:tcPr>
            <w:tcW w:w="1320" w:type="dxa"/>
          </w:tcPr>
          <w:p w:rsidR="005C0B29" w:rsidRPr="001D36B0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30" w:type="dxa"/>
          </w:tcPr>
          <w:p w:rsidR="005C0B29" w:rsidRPr="001D36B0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30" w:type="dxa"/>
          </w:tcPr>
          <w:p w:rsidR="005C0B29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3279D" w:rsidRPr="008A5912" w:rsidTr="005C0B29">
        <w:tc>
          <w:tcPr>
            <w:tcW w:w="541" w:type="dxa"/>
          </w:tcPr>
          <w:p w:rsidR="0053279D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939" w:type="dxa"/>
          </w:tcPr>
          <w:p w:rsidR="0053279D" w:rsidRPr="0053279D" w:rsidRDefault="0053279D" w:rsidP="005C0B29">
            <w:pPr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2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Строение и жизнедеятельность растительного организма</w:t>
            </w:r>
          </w:p>
        </w:tc>
        <w:tc>
          <w:tcPr>
            <w:tcW w:w="132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3279D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C0B29" w:rsidTr="005C0B29">
        <w:tc>
          <w:tcPr>
            <w:tcW w:w="541" w:type="dxa"/>
          </w:tcPr>
          <w:p w:rsidR="005C0B29" w:rsidRDefault="005C0B29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="005327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939" w:type="dxa"/>
          </w:tcPr>
          <w:p w:rsidR="005C0B29" w:rsidRPr="00737DE1" w:rsidRDefault="005C0B29" w:rsidP="005C0B29">
            <w:pPr>
              <w:autoSpaceDE w:val="0"/>
              <w:autoSpaceDN w:val="0"/>
              <w:rPr>
                <w:rFonts w:ascii="Times New Roman" w:hAnsi="Times New Roman" w:cs="Times New Roman"/>
                <w:lang w:val="ru-RU"/>
              </w:rPr>
            </w:pPr>
            <w:r w:rsidRPr="00737DE1">
              <w:rPr>
                <w:rFonts w:ascii="Times New Roman" w:hAnsi="Times New Roman" w:cs="Times New Roman"/>
                <w:lang w:val="ru-RU"/>
              </w:rPr>
              <w:t>Питание растений</w:t>
            </w:r>
          </w:p>
        </w:tc>
        <w:tc>
          <w:tcPr>
            <w:tcW w:w="132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93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30" w:type="dxa"/>
          </w:tcPr>
          <w:p w:rsidR="005C0B29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C0B29" w:rsidTr="005C0B29">
        <w:tc>
          <w:tcPr>
            <w:tcW w:w="541" w:type="dxa"/>
          </w:tcPr>
          <w:p w:rsidR="005C0B29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3939" w:type="dxa"/>
          </w:tcPr>
          <w:p w:rsidR="005C0B29" w:rsidRPr="00737DE1" w:rsidRDefault="005C0B29" w:rsidP="005C0B29">
            <w:pPr>
              <w:autoSpaceDE w:val="0"/>
              <w:autoSpaceDN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Дыхание растений</w:t>
            </w:r>
          </w:p>
        </w:tc>
        <w:tc>
          <w:tcPr>
            <w:tcW w:w="132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3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C0B29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C0B29" w:rsidTr="005C0B29">
        <w:tc>
          <w:tcPr>
            <w:tcW w:w="541" w:type="dxa"/>
          </w:tcPr>
          <w:p w:rsidR="005C0B29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3939" w:type="dxa"/>
          </w:tcPr>
          <w:p w:rsidR="005C0B29" w:rsidRDefault="005C0B29" w:rsidP="005C0B29">
            <w:pPr>
              <w:autoSpaceDE w:val="0"/>
              <w:autoSpaceDN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Транспорт веществ у растений</w:t>
            </w:r>
          </w:p>
        </w:tc>
        <w:tc>
          <w:tcPr>
            <w:tcW w:w="132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930" w:type="dxa"/>
          </w:tcPr>
          <w:p w:rsidR="005C0B29" w:rsidRDefault="005C0B29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30" w:type="dxa"/>
          </w:tcPr>
          <w:p w:rsidR="005C0B29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C0B29" w:rsidTr="0053279D">
        <w:tc>
          <w:tcPr>
            <w:tcW w:w="541" w:type="dxa"/>
          </w:tcPr>
          <w:p w:rsidR="005C0B29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3939" w:type="dxa"/>
          </w:tcPr>
          <w:p w:rsidR="005C0B29" w:rsidRDefault="0053279D" w:rsidP="005C0B29">
            <w:pPr>
              <w:autoSpaceDE w:val="0"/>
              <w:autoSpaceDN w:val="0"/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558AE">
              <w:rPr>
                <w:rFonts w:ascii="Times New Roman" w:hAnsi="Times New Roman" w:cs="Times New Roman"/>
              </w:rPr>
              <w:t>Рост</w:t>
            </w:r>
            <w:proofErr w:type="spellEnd"/>
            <w:r w:rsidRPr="00A558A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558AE">
              <w:rPr>
                <w:rFonts w:ascii="Times New Roman" w:hAnsi="Times New Roman" w:cs="Times New Roman"/>
              </w:rPr>
              <w:t>растени</w:t>
            </w:r>
            <w:proofErr w:type="spellEnd"/>
            <w:r w:rsidRPr="00A558AE">
              <w:rPr>
                <w:rFonts w:ascii="Times New Roman" w:hAnsi="Times New Roman" w:cs="Times New Roman"/>
                <w:lang w:val="ru-RU"/>
              </w:rPr>
              <w:t>й</w:t>
            </w:r>
          </w:p>
        </w:tc>
        <w:tc>
          <w:tcPr>
            <w:tcW w:w="1320" w:type="dxa"/>
          </w:tcPr>
          <w:p w:rsidR="005C0B29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30" w:type="dxa"/>
          </w:tcPr>
          <w:p w:rsidR="005C0B29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30" w:type="dxa"/>
          </w:tcPr>
          <w:p w:rsidR="005C0B29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3279D" w:rsidTr="0053279D">
        <w:trPr>
          <w:trHeight w:val="70"/>
        </w:trPr>
        <w:tc>
          <w:tcPr>
            <w:tcW w:w="541" w:type="dxa"/>
          </w:tcPr>
          <w:p w:rsidR="0053279D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3939" w:type="dxa"/>
          </w:tcPr>
          <w:p w:rsidR="0053279D" w:rsidRPr="00A558AE" w:rsidRDefault="0053279D" w:rsidP="005C0B29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A558AE">
              <w:rPr>
                <w:rFonts w:ascii="Times New Roman" w:hAnsi="Times New Roman" w:cs="Times New Roman"/>
                <w:lang w:val="ru-RU"/>
              </w:rPr>
              <w:t>Размножение растений</w:t>
            </w:r>
          </w:p>
        </w:tc>
        <w:tc>
          <w:tcPr>
            <w:tcW w:w="132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3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30" w:type="dxa"/>
          </w:tcPr>
          <w:p w:rsidR="0053279D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3279D" w:rsidTr="0053279D">
        <w:tc>
          <w:tcPr>
            <w:tcW w:w="541" w:type="dxa"/>
          </w:tcPr>
          <w:p w:rsidR="0053279D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3939" w:type="dxa"/>
          </w:tcPr>
          <w:p w:rsidR="0053279D" w:rsidRPr="00A558AE" w:rsidRDefault="0053279D" w:rsidP="005C0B29">
            <w:pPr>
              <w:autoSpaceDE w:val="0"/>
              <w:autoSpaceDN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Развитие растений</w:t>
            </w:r>
          </w:p>
        </w:tc>
        <w:tc>
          <w:tcPr>
            <w:tcW w:w="132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30" w:type="dxa"/>
          </w:tcPr>
          <w:p w:rsidR="0053279D" w:rsidRDefault="0053279D" w:rsidP="005C0B2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53279D" w:rsidRPr="001D36B0" w:rsidRDefault="0053279D" w:rsidP="005327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3279D" w:rsidTr="001D36B0">
        <w:tc>
          <w:tcPr>
            <w:tcW w:w="541" w:type="dxa"/>
            <w:tcBorders>
              <w:bottom w:val="single" w:sz="4" w:space="0" w:color="auto"/>
            </w:tcBorders>
          </w:tcPr>
          <w:p w:rsidR="0053279D" w:rsidRDefault="0053279D" w:rsidP="001D36B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39" w:type="dxa"/>
            <w:tcBorders>
              <w:bottom w:val="single" w:sz="4" w:space="0" w:color="auto"/>
            </w:tcBorders>
          </w:tcPr>
          <w:p w:rsidR="0053279D" w:rsidRDefault="0053279D" w:rsidP="00543D96">
            <w:pPr>
              <w:autoSpaceDE w:val="0"/>
              <w:autoSpaceDN w:val="0"/>
              <w:jc w:val="right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Итого: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53279D" w:rsidRPr="001D36B0" w:rsidRDefault="0053279D" w:rsidP="00543D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53279D" w:rsidRPr="001D36B0" w:rsidRDefault="0053279D" w:rsidP="00543D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53279D" w:rsidRPr="001D36B0" w:rsidRDefault="0053279D" w:rsidP="00543D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3279D" w:rsidRDefault="0053279D" w:rsidP="00336C29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  <w:sectPr w:rsidR="0053279D" w:rsidSect="00336C29">
          <w:pgSz w:w="11900" w:h="16840"/>
          <w:pgMar w:top="292" w:right="754" w:bottom="1135" w:left="1701" w:header="720" w:footer="720" w:gutter="0"/>
          <w:cols w:space="720" w:equalWidth="0">
            <w:col w:w="9444" w:space="0"/>
          </w:cols>
          <w:docGrid w:linePitch="360"/>
        </w:sectPr>
      </w:pPr>
    </w:p>
    <w:p w:rsidR="0053279D" w:rsidRPr="00B26377" w:rsidRDefault="00361E5D" w:rsidP="0053279D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>
        <w:rPr>
          <w:b/>
          <w:kern w:val="24"/>
          <w:lang w:val="ru-RU"/>
        </w:rPr>
        <w:lastRenderedPageBreak/>
        <w:t>Поурочное</w:t>
      </w:r>
      <w:r w:rsidR="0053279D" w:rsidRPr="00B26377">
        <w:rPr>
          <w:b/>
          <w:kern w:val="24"/>
        </w:rPr>
        <w:t xml:space="preserve"> </w:t>
      </w:r>
      <w:proofErr w:type="spellStart"/>
      <w:r w:rsidR="0053279D" w:rsidRPr="00B26377">
        <w:rPr>
          <w:b/>
          <w:kern w:val="24"/>
        </w:rPr>
        <w:t>планирование</w:t>
      </w:r>
      <w:proofErr w:type="spellEnd"/>
    </w:p>
    <w:p w:rsidR="0053279D" w:rsidRPr="00B26377" w:rsidRDefault="0053279D" w:rsidP="0053279D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 w:rsidRPr="00B26377">
        <w:rPr>
          <w:b/>
          <w:kern w:val="24"/>
        </w:rPr>
        <w:t xml:space="preserve">5 </w:t>
      </w:r>
      <w:proofErr w:type="spellStart"/>
      <w:r w:rsidRPr="00B26377">
        <w:rPr>
          <w:b/>
          <w:kern w:val="24"/>
        </w:rPr>
        <w:t>класс</w:t>
      </w:r>
      <w:proofErr w:type="spellEnd"/>
    </w:p>
    <w:p w:rsidR="00336C29" w:rsidRDefault="00336C29">
      <w:pPr>
        <w:rPr>
          <w:lang w:val="ru-RU"/>
        </w:rPr>
      </w:pPr>
    </w:p>
    <w:tbl>
      <w:tblPr>
        <w:tblW w:w="9780" w:type="dxa"/>
        <w:tblInd w:w="6" w:type="dxa"/>
        <w:tblLayout w:type="fixed"/>
        <w:tblLook w:val="04A0"/>
      </w:tblPr>
      <w:tblGrid>
        <w:gridCol w:w="504"/>
        <w:gridCol w:w="2897"/>
        <w:gridCol w:w="142"/>
        <w:gridCol w:w="709"/>
        <w:gridCol w:w="142"/>
        <w:gridCol w:w="141"/>
        <w:gridCol w:w="709"/>
        <w:gridCol w:w="142"/>
        <w:gridCol w:w="709"/>
        <w:gridCol w:w="141"/>
        <w:gridCol w:w="993"/>
        <w:gridCol w:w="2551"/>
      </w:tblGrid>
      <w:tr w:rsidR="0053279D" w:rsidTr="00361E5D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62" w:lineRule="auto"/>
              <w:ind w:left="72"/>
            </w:pPr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№</w:t>
            </w:r>
            <w:r w:rsidRPr="00361E5D">
              <w:br/>
            </w:r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п/п</w:t>
            </w:r>
          </w:p>
        </w:tc>
        <w:tc>
          <w:tcPr>
            <w:tcW w:w="2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Тема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урока</w:t>
            </w:r>
            <w:proofErr w:type="spellEnd"/>
          </w:p>
        </w:tc>
        <w:tc>
          <w:tcPr>
            <w:tcW w:w="269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Количество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Дата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 w:rsidRPr="00361E5D">
              <w:br/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изучения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Виды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формы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контроля</w:t>
            </w:r>
            <w:proofErr w:type="spellEnd"/>
          </w:p>
        </w:tc>
      </w:tr>
      <w:tr w:rsidR="0053279D" w:rsidTr="00361E5D">
        <w:trPr>
          <w:trHeight w:hRule="exact" w:val="1045"/>
        </w:trPr>
        <w:tc>
          <w:tcPr>
            <w:tcW w:w="5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79D" w:rsidRDefault="0053279D" w:rsidP="00543D96"/>
        </w:tc>
        <w:tc>
          <w:tcPr>
            <w:tcW w:w="2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79D" w:rsidRDefault="0053279D" w:rsidP="00543D96"/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всего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контрольные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361E5D" w:rsidRDefault="0053279D" w:rsidP="00543D96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практические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79D" w:rsidRDefault="0053279D" w:rsidP="00543D96"/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79D" w:rsidRDefault="0053279D" w:rsidP="00543D96"/>
        </w:tc>
      </w:tr>
      <w:tr w:rsidR="0053279D" w:rsidRPr="00B92546" w:rsidTr="00361E5D">
        <w:trPr>
          <w:trHeight w:hRule="exact" w:val="10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Инструктаж по ТБ.</w:t>
            </w:r>
          </w:p>
          <w:p w:rsidR="0053279D" w:rsidRPr="00D96545" w:rsidRDefault="0053279D" w:rsidP="00543D96">
            <w:pPr>
              <w:autoSpaceDE w:val="0"/>
              <w:autoSpaceDN w:val="0"/>
              <w:spacing w:before="70" w:after="0" w:line="262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Биология — наука о живой природе.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</w:tr>
      <w:tr w:rsidR="0053279D" w:rsidTr="00361E5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100" w:after="0" w:line="271" w:lineRule="auto"/>
              <w:ind w:left="72" w:right="43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работают в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лаборатории. Входной контроль знаний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</w:tr>
      <w:tr w:rsidR="0053279D" w:rsidRPr="008A5912" w:rsidTr="00361E5D">
        <w:trPr>
          <w:trHeight w:hRule="exact" w:val="1545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71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F96CFE" w:rsidRDefault="0053279D" w:rsidP="00543D9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Биологические термины, понятия, символы.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89"/>
        </w:trPr>
        <w:tc>
          <w:tcPr>
            <w:tcW w:w="9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</w:tcPr>
          <w:p w:rsidR="0053279D" w:rsidRPr="00F96CFE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D9D9D9" w:themeColor="background1" w:themeShade="D9"/>
                <w:sz w:val="24"/>
                <w:lang w:val="ru-RU"/>
              </w:rPr>
            </w:pPr>
          </w:p>
        </w:tc>
      </w:tr>
      <w:tr w:rsidR="0053279D" w:rsidTr="00361E5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62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Методы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биологии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53279D" w:rsidRPr="00B92546" w:rsidTr="00361E5D">
        <w:trPr>
          <w:trHeight w:hRule="exact" w:val="257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Устройство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увеличительных приборов: лупы и микроскопа.</w:t>
            </w:r>
            <w:r>
              <w:rPr>
                <w:lang w:val="ru-RU"/>
              </w:rPr>
              <w:t xml:space="preserve">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Правила работы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увеличительным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 приборами. </w:t>
            </w: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№1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"Рассматривание клеточного строения растений с помощью </w:t>
            </w:r>
            <w:r w:rsidRPr="00D96545">
              <w:rPr>
                <w:lang w:val="ru-RU"/>
              </w:rPr>
              <w:br/>
            </w: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лупы" 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</w:t>
            </w:r>
          </w:p>
        </w:tc>
      </w:tr>
      <w:tr w:rsidR="0053279D" w:rsidTr="00361E5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Устройство микроскопа и приемы работы с ним"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53279D" w:rsidRPr="008A5912" w:rsidTr="00361E5D">
        <w:trPr>
          <w:trHeight w:hRule="exact" w:val="168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Наблюдение и эксперимент как ведущие методы биологии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5C03F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81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9.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proofErr w:type="gramStart"/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Метод описания (наглядный, словесный, схематический) и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измерения (инструменты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измерения)  в биологии </w:t>
            </w:r>
            <w:proofErr w:type="gramEnd"/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5C03F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Tr="00361E5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Метод классификации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организм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ов, применение двойных названий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организмов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</w:tr>
      <w:tr w:rsidR="0053279D" w:rsidTr="00361E5D">
        <w:trPr>
          <w:trHeight w:hRule="exact" w:val="237"/>
        </w:trPr>
        <w:tc>
          <w:tcPr>
            <w:tcW w:w="9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53279D" w:rsidRPr="008A5912" w:rsidTr="00361E5D">
        <w:trPr>
          <w:trHeight w:hRule="exact" w:val="149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об организме. Клетка – наименьшая единица строения живого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autoSpaceDE w:val="0"/>
              <w:autoSpaceDN w:val="0"/>
              <w:spacing w:after="0" w:line="230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697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after="0" w:line="240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Строение клетки.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Химический состав клетки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Tr="00361E5D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100" w:after="0" w:line="281" w:lineRule="auto"/>
              <w:ind w:left="72" w:right="144"/>
              <w:rPr>
                <w:lang w:val="ru-RU"/>
              </w:rPr>
            </w:pP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№3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"Приготовление и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рассматривание препарата кожицы чешуи лука под микроскопом"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53279D" w:rsidTr="00361E5D">
        <w:trPr>
          <w:trHeight w:hRule="exact" w:val="217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81" w:lineRule="auto"/>
              <w:ind w:left="72"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Процессы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жизнедеят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ельности в клетке. </w:t>
            </w: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№4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"Движение цитоплазмы в клетках листа элодеи"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53279D" w:rsidRPr="008A5912" w:rsidTr="00361E5D">
        <w:trPr>
          <w:trHeight w:hRule="exact" w:val="166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Единство живого.</w:t>
            </w:r>
          </w:p>
          <w:p w:rsidR="0053279D" w:rsidRPr="00D96545" w:rsidRDefault="0053279D" w:rsidP="00543D96">
            <w:pPr>
              <w:autoSpaceDE w:val="0"/>
              <w:autoSpaceDN w:val="0"/>
              <w:spacing w:before="70" w:after="0" w:line="271" w:lineRule="auto"/>
              <w:ind w:left="72" w:right="720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строения клеток различных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организмов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5C03F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B92546" w:rsidRDefault="0053279D" w:rsidP="00543D96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569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71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Одноклеточные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многоклеточные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организмы</w:t>
            </w:r>
            <w:proofErr w:type="spellEnd"/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D96545" w:rsidRDefault="0053279D" w:rsidP="00543D96">
            <w:pPr>
              <w:autoSpaceDE w:val="0"/>
              <w:autoSpaceDN w:val="0"/>
              <w:spacing w:after="0" w:line="24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Tr="00361E5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100" w:after="0" w:line="271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"Организмы -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тела живой природы"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B92546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</w:tr>
      <w:tr w:rsidR="0053279D" w:rsidTr="00361E5D">
        <w:trPr>
          <w:trHeight w:hRule="exact" w:val="263"/>
        </w:trPr>
        <w:tc>
          <w:tcPr>
            <w:tcW w:w="9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53279D" w:rsidRPr="008A5912" w:rsidTr="00361E5D">
        <w:trPr>
          <w:trHeight w:hRule="exact" w:val="182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Понятие о среде обитания.</w:t>
            </w:r>
          </w:p>
          <w:p w:rsidR="0053279D" w:rsidRPr="00D96545" w:rsidRDefault="0053279D" w:rsidP="00543D96">
            <w:pPr>
              <w:autoSpaceDE w:val="0"/>
              <w:autoSpaceDN w:val="0"/>
              <w:spacing w:before="70" w:after="0" w:line="281" w:lineRule="auto"/>
              <w:ind w:right="576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Водная, наземновоздушная,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почвенная,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внутриорганизменная среды обитания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5C03F7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093168" w:rsidTr="00361E5D">
        <w:trPr>
          <w:trHeight w:hRule="exact" w:val="1141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after="0" w:line="262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Представители различных сред обитания.</w:t>
            </w:r>
            <w:r>
              <w:rPr>
                <w:lang w:val="ru-RU"/>
              </w:rPr>
              <w:t xml:space="preserve">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Особенности сред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обитания организмов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09316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9316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09316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9316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</w:tc>
      </w:tr>
      <w:tr w:rsidR="0053279D" w:rsidTr="00361E5D">
        <w:trPr>
          <w:trHeight w:hRule="exact" w:val="213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09316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20.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83" w:lineRule="auto"/>
              <w:ind w:left="72" w:right="288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Приспособления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организмов к среде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обитания. </w:t>
            </w: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№5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"Выявление приспособлений организмов к среде обитания"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53279D" w:rsidTr="00361E5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Сезонные изменения в 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жизни организмов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53279D" w:rsidTr="00361E5D">
        <w:trPr>
          <w:trHeight w:hRule="exact" w:val="116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100" w:after="0" w:line="271" w:lineRule="auto"/>
              <w:ind w:left="72" w:right="720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теме "Организм и среда обитания"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30" w:lineRule="auto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</w:tr>
      <w:tr w:rsidR="0053279D" w:rsidTr="00361E5D">
        <w:trPr>
          <w:trHeight w:hRule="exact" w:val="269"/>
        </w:trPr>
        <w:tc>
          <w:tcPr>
            <w:tcW w:w="9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100" w:after="0" w:line="262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53279D" w:rsidRPr="008A5912" w:rsidTr="00361E5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Понятие о природном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сообществе. Взаимосвязи организмов в природных сообществах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66F5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75023E" w:rsidRDefault="0053279D" w:rsidP="00543D96">
            <w:pPr>
              <w:autoSpaceDE w:val="0"/>
              <w:autoSpaceDN w:val="0"/>
              <w:spacing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RPr="008A5912" w:rsidTr="00361E5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after="0" w:line="262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Взаимосвязи организмов в природных сообществах.</w:t>
            </w:r>
          </w:p>
          <w:p w:rsidR="0053279D" w:rsidRDefault="0053279D" w:rsidP="00543D96">
            <w:pPr>
              <w:autoSpaceDE w:val="0"/>
              <w:autoSpaceDN w:val="0"/>
              <w:spacing w:after="0" w:line="262" w:lineRule="auto"/>
              <w:ind w:left="72" w:right="100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Пищевые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сообществах</w:t>
            </w:r>
            <w:proofErr w:type="spellEnd"/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E66F5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Tr="00361E5D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Искусственные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сообщества, их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отличительные признаки от природных сообществ.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093168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53279D" w:rsidTr="00361E5D">
        <w:trPr>
          <w:trHeight w:hRule="exact" w:val="217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81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искусственных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сообществ в жизни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человека. </w:t>
            </w:r>
            <w:r w:rsidRPr="00C92D2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 6</w:t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"Изучение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искусственных сообществ и их обитателей"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</w:tr>
      <w:tr w:rsidR="0053279D" w:rsidTr="00361E5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Природные зоны Земли, их обитатели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53279D" w:rsidRPr="008A5912" w:rsidTr="00361E5D">
        <w:trPr>
          <w:trHeight w:hRule="exact" w:val="1563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28.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Ландшафты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5023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53279D" w:rsidTr="00361E5D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71" w:lineRule="auto"/>
              <w:ind w:left="72" w:right="1008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по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теме "Природные сообщества"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</w:tr>
      <w:tr w:rsidR="0053279D" w:rsidTr="00361E5D">
        <w:trPr>
          <w:trHeight w:hRule="exact" w:val="229"/>
        </w:trPr>
        <w:tc>
          <w:tcPr>
            <w:tcW w:w="978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tcMar>
              <w:left w:w="0" w:type="dxa"/>
              <w:right w:w="0" w:type="dxa"/>
            </w:tcMar>
          </w:tcPr>
          <w:p w:rsidR="0053279D" w:rsidRDefault="0053279D" w:rsidP="00543D9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</w:tr>
      <w:tr w:rsidR="0053279D" w:rsidTr="00361E5D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Почему исчезают растения и животные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</w:p>
        </w:tc>
      </w:tr>
      <w:tr w:rsidR="0053279D" w:rsidRPr="008A5912" w:rsidTr="00361E5D">
        <w:trPr>
          <w:trHeight w:hRule="exact" w:val="159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Заповедники и заказники. Красная книга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5023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</w:tbl>
    <w:p w:rsidR="0053279D" w:rsidRPr="0075023E" w:rsidRDefault="0053279D" w:rsidP="0053279D">
      <w:pPr>
        <w:autoSpaceDE w:val="0"/>
        <w:autoSpaceDN w:val="0"/>
        <w:spacing w:after="0" w:line="14" w:lineRule="exact"/>
        <w:rPr>
          <w:lang w:val="ru-RU"/>
        </w:rPr>
      </w:pPr>
    </w:p>
    <w:tbl>
      <w:tblPr>
        <w:tblW w:w="9817" w:type="dxa"/>
        <w:tblInd w:w="6" w:type="dxa"/>
        <w:tblLayout w:type="fixed"/>
        <w:tblLook w:val="04A0"/>
      </w:tblPr>
      <w:tblGrid>
        <w:gridCol w:w="469"/>
        <w:gridCol w:w="3074"/>
        <w:gridCol w:w="992"/>
        <w:gridCol w:w="851"/>
        <w:gridCol w:w="850"/>
        <w:gridCol w:w="993"/>
        <w:gridCol w:w="2588"/>
      </w:tblGrid>
      <w:tr w:rsidR="0053279D" w:rsidTr="00361E5D">
        <w:trPr>
          <w:trHeight w:hRule="exact" w:val="119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71" w:lineRule="auto"/>
              <w:ind w:left="72" w:right="144"/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Как сохранить растения и животных.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Итоговый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</w:tr>
      <w:tr w:rsidR="0053279D" w:rsidTr="00361E5D">
        <w:trPr>
          <w:trHeight w:hRule="exact" w:val="119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D96545" w:rsidRDefault="0053279D" w:rsidP="00543D96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Обобщение по теме "Живая природа и человек"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Default="0053279D" w:rsidP="00543D96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3279D" w:rsidRPr="0075023E" w:rsidRDefault="0053279D" w:rsidP="00543D9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</w:tc>
      </w:tr>
      <w:tr w:rsidR="00361E5D" w:rsidTr="00361E5D">
        <w:trPr>
          <w:trHeight w:hRule="exact" w:val="1192"/>
        </w:trPr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96545" w:rsidRDefault="00361E5D" w:rsidP="00543D96">
            <w:pPr>
              <w:autoSpaceDE w:val="0"/>
              <w:autoSpaceDN w:val="0"/>
              <w:spacing w:before="98" w:after="0" w:line="271" w:lineRule="auto"/>
              <w:ind w:left="72" w:right="720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Резерв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543D9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543D9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543D9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543D9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</w:tbl>
    <w:p w:rsidR="00336C29" w:rsidRDefault="00336C29">
      <w:pPr>
        <w:rPr>
          <w:lang w:val="ru-RU"/>
        </w:rPr>
      </w:pPr>
    </w:p>
    <w:p w:rsidR="00336C29" w:rsidRDefault="00336C29">
      <w:pPr>
        <w:rPr>
          <w:lang w:val="ru-RU"/>
        </w:rPr>
      </w:pPr>
    </w:p>
    <w:p w:rsidR="00336C29" w:rsidRDefault="00336C29">
      <w:pPr>
        <w:rPr>
          <w:lang w:val="ru-RU"/>
        </w:rPr>
      </w:pPr>
    </w:p>
    <w:p w:rsidR="00336C29" w:rsidRDefault="00336C29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Default="00361E5D">
      <w:pPr>
        <w:rPr>
          <w:lang w:val="ru-RU"/>
        </w:rPr>
      </w:pPr>
    </w:p>
    <w:p w:rsidR="00361E5D" w:rsidRPr="00B26377" w:rsidRDefault="00361E5D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</w:rPr>
      </w:pPr>
      <w:r>
        <w:rPr>
          <w:b/>
          <w:kern w:val="24"/>
          <w:lang w:val="ru-RU"/>
        </w:rPr>
        <w:lastRenderedPageBreak/>
        <w:t>Поурочное</w:t>
      </w:r>
      <w:r w:rsidRPr="00B26377">
        <w:rPr>
          <w:b/>
          <w:kern w:val="24"/>
        </w:rPr>
        <w:t xml:space="preserve"> </w:t>
      </w:r>
      <w:proofErr w:type="spellStart"/>
      <w:r w:rsidRPr="00B26377">
        <w:rPr>
          <w:b/>
          <w:kern w:val="24"/>
        </w:rPr>
        <w:t>планирование</w:t>
      </w:r>
      <w:proofErr w:type="spellEnd"/>
    </w:p>
    <w:p w:rsidR="00336C29" w:rsidRDefault="00361E5D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  <w:r>
        <w:rPr>
          <w:b/>
          <w:kern w:val="24"/>
          <w:lang w:val="ru-RU"/>
        </w:rPr>
        <w:t>6</w:t>
      </w:r>
      <w:r w:rsidRPr="00B26377">
        <w:rPr>
          <w:b/>
          <w:kern w:val="24"/>
        </w:rPr>
        <w:t xml:space="preserve"> </w:t>
      </w:r>
      <w:proofErr w:type="spellStart"/>
      <w:r w:rsidRPr="00B26377">
        <w:rPr>
          <w:b/>
          <w:kern w:val="24"/>
        </w:rPr>
        <w:t>класс</w:t>
      </w:r>
      <w:proofErr w:type="spellEnd"/>
    </w:p>
    <w:p w:rsidR="00361E5D" w:rsidRDefault="00361E5D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tbl>
      <w:tblPr>
        <w:tblW w:w="9781" w:type="dxa"/>
        <w:tblInd w:w="5" w:type="dxa"/>
        <w:tblLayout w:type="fixed"/>
        <w:tblLook w:val="04A0"/>
      </w:tblPr>
      <w:tblGrid>
        <w:gridCol w:w="445"/>
        <w:gridCol w:w="3099"/>
        <w:gridCol w:w="1001"/>
        <w:gridCol w:w="906"/>
        <w:gridCol w:w="786"/>
        <w:gridCol w:w="993"/>
        <w:gridCol w:w="2551"/>
      </w:tblGrid>
      <w:tr w:rsidR="00361E5D" w:rsidTr="00361E5D">
        <w:trPr>
          <w:trHeight w:hRule="exact" w:val="463"/>
        </w:trPr>
        <w:tc>
          <w:tcPr>
            <w:tcW w:w="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62" w:lineRule="auto"/>
              <w:ind w:left="68"/>
              <w:rPr>
                <w:sz w:val="24"/>
                <w:szCs w:val="24"/>
              </w:rPr>
            </w:pPr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№</w:t>
            </w:r>
            <w:r w:rsidRPr="00361E5D">
              <w:rPr>
                <w:sz w:val="24"/>
                <w:szCs w:val="24"/>
              </w:rPr>
              <w:br/>
            </w:r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п/п</w:t>
            </w:r>
          </w:p>
        </w:tc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sz w:val="24"/>
                <w:szCs w:val="24"/>
              </w:rPr>
            </w:pP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Тема</w:t>
            </w:r>
            <w:proofErr w:type="spellEnd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sz w:val="24"/>
                <w:szCs w:val="24"/>
              </w:rPr>
            </w:pP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Количество</w:t>
            </w:r>
            <w:proofErr w:type="spellEnd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62" w:lineRule="auto"/>
              <w:ind w:left="68"/>
              <w:rPr>
                <w:sz w:val="24"/>
                <w:szCs w:val="24"/>
              </w:rPr>
            </w:pP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Дата</w:t>
            </w:r>
            <w:proofErr w:type="spellEnd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361E5D">
              <w:rPr>
                <w:sz w:val="24"/>
                <w:szCs w:val="24"/>
              </w:rPr>
              <w:br/>
            </w: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изучения</w:t>
            </w:r>
            <w:proofErr w:type="spellEnd"/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71" w:lineRule="auto"/>
              <w:ind w:left="68" w:right="432"/>
              <w:rPr>
                <w:sz w:val="24"/>
                <w:szCs w:val="24"/>
              </w:rPr>
            </w:pP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Виды</w:t>
            </w:r>
            <w:proofErr w:type="spellEnd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, </w:t>
            </w:r>
            <w:r w:rsidRPr="00361E5D">
              <w:rPr>
                <w:sz w:val="24"/>
                <w:szCs w:val="24"/>
              </w:rPr>
              <w:br/>
            </w: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формы</w:t>
            </w:r>
            <w:proofErr w:type="spellEnd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 xml:space="preserve"> </w:t>
            </w:r>
            <w:r w:rsidRPr="00361E5D">
              <w:rPr>
                <w:sz w:val="24"/>
                <w:szCs w:val="24"/>
              </w:rPr>
              <w:br/>
            </w:r>
            <w:proofErr w:type="spellStart"/>
            <w:r w:rsidRPr="00361E5D">
              <w:rPr>
                <w:rFonts w:ascii="Times New Roman" w:eastAsia="Times New Roman" w:hAnsi="Times New Roman"/>
                <w:w w:val="98"/>
                <w:sz w:val="24"/>
                <w:szCs w:val="24"/>
              </w:rPr>
              <w:t>контроля</w:t>
            </w:r>
            <w:proofErr w:type="spellEnd"/>
          </w:p>
        </w:tc>
      </w:tr>
      <w:tr w:rsidR="00361E5D" w:rsidTr="00361E5D">
        <w:trPr>
          <w:trHeight w:hRule="exact" w:val="776"/>
        </w:trPr>
        <w:tc>
          <w:tcPr>
            <w:tcW w:w="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E5D" w:rsidRDefault="00361E5D" w:rsidP="008F77ED"/>
        </w:tc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E5D" w:rsidRDefault="00361E5D" w:rsidP="008F77ED"/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4" w:after="0" w:line="230" w:lineRule="auto"/>
              <w:ind w:left="68"/>
            </w:pPr>
            <w:proofErr w:type="spellStart"/>
            <w:r w:rsidRPr="00361E5D"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всего</w:t>
            </w:r>
            <w:proofErr w:type="spellEnd"/>
            <w:r w:rsidRPr="00361E5D"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4" w:after="0" w:line="262" w:lineRule="auto"/>
              <w:ind w:left="68"/>
              <w:jc w:val="center"/>
              <w:rPr>
                <w:lang w:val="ru-RU"/>
              </w:rPr>
            </w:pPr>
            <w:r w:rsidRPr="00361E5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КР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4" w:after="0" w:line="262" w:lineRule="auto"/>
              <w:ind w:left="68"/>
              <w:jc w:val="center"/>
              <w:rPr>
                <w:lang w:val="ru-RU"/>
              </w:rPr>
            </w:pPr>
            <w:proofErr w:type="gramStart"/>
            <w:r w:rsidRPr="00361E5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ПР</w:t>
            </w:r>
            <w:proofErr w:type="gramEnd"/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E5D" w:rsidRDefault="00361E5D" w:rsidP="008F77ED"/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1E5D" w:rsidRDefault="00361E5D" w:rsidP="008F77ED"/>
        </w:tc>
      </w:tr>
      <w:tr w:rsidR="00361E5D" w:rsidRPr="00CB422C" w:rsidTr="00361E5D">
        <w:trPr>
          <w:trHeight w:hRule="exact" w:val="743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1.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Инструктаж по ТБ. Ботаника – наука о растениях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</w:p>
        </w:tc>
      </w:tr>
      <w:tr w:rsidR="00361E5D" w:rsidRPr="00CB422C" w:rsidTr="00361E5D">
        <w:trPr>
          <w:trHeight w:hRule="exact" w:val="1404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 w:rsidRPr="00CB422C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2.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92" w:after="0" w:line="271" w:lineRule="auto"/>
              <w:ind w:left="68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Общие признаки растений. Уровни организации растительного организма. Входной контроль знаний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100" w:after="0" w:line="230" w:lineRule="auto"/>
              <w:rPr>
                <w:lang w:val="ru-RU"/>
              </w:rPr>
            </w:pPr>
            <w:r w:rsidRPr="00CB422C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Тестирование</w:t>
            </w:r>
          </w:p>
        </w:tc>
      </w:tr>
      <w:tr w:rsidR="00361E5D" w:rsidRPr="008A5912" w:rsidTr="00361E5D">
        <w:trPr>
          <w:trHeight w:hRule="exact" w:val="148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 w:rsidRPr="00CB422C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3.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Высшие и низшие растения. Споровые и семенные растения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361E5D" w:rsidRPr="008A5912" w:rsidTr="00361E5D">
        <w:trPr>
          <w:trHeight w:hRule="exact" w:val="154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CB422C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 w:rsidRPr="00CB422C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4.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511A22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Строение растительной клетки</w:t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A95A16"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511A22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511A22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361E5D" w:rsidTr="00361E5D">
        <w:trPr>
          <w:trHeight w:hRule="exact" w:val="77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511A22" w:rsidRDefault="00361E5D" w:rsidP="008F77ED">
            <w:pPr>
              <w:autoSpaceDE w:val="0"/>
              <w:autoSpaceDN w:val="0"/>
              <w:spacing w:before="92" w:after="0" w:line="233" w:lineRule="auto"/>
              <w:ind w:left="68"/>
              <w:rPr>
                <w:lang w:val="ru-RU"/>
              </w:rPr>
            </w:pPr>
            <w:r w:rsidRPr="00511A22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5.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511A22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Растительные ткани, их функции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A95A16"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2944FA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2944F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</w:tc>
      </w:tr>
      <w:tr w:rsidR="00361E5D" w:rsidRPr="008A5912" w:rsidTr="00361E5D">
        <w:trPr>
          <w:trHeight w:hRule="exact" w:val="134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6.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/>
              <w:ind w:left="68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Органы и системы органов растений</w:t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403736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A95A16"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rPr>
                <w:lang w:val="ru-RU"/>
              </w:rPr>
            </w:pPr>
            <w:r w:rsidRPr="002944F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2944FA">
              <w:rPr>
                <w:lang w:val="ru-RU"/>
              </w:rPr>
              <w:br/>
            </w:r>
            <w:r w:rsidRPr="002944F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2944FA">
              <w:rPr>
                <w:lang w:val="ru-RU"/>
              </w:rPr>
              <w:br/>
            </w:r>
            <w:r w:rsidRPr="002944F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361E5D" w:rsidRPr="008A5912" w:rsidTr="00361E5D">
        <w:trPr>
          <w:trHeight w:hRule="exact" w:val="131"/>
        </w:trPr>
        <w:tc>
          <w:tcPr>
            <w:tcW w:w="978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tcMar>
              <w:left w:w="0" w:type="dxa"/>
              <w:right w:w="0" w:type="dxa"/>
            </w:tcMar>
          </w:tcPr>
          <w:p w:rsidR="00361E5D" w:rsidRPr="002944FA" w:rsidRDefault="00361E5D" w:rsidP="008F77ED">
            <w:pP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</w:tr>
      <w:tr w:rsidR="00361E5D" w:rsidRPr="00B9272D" w:rsidTr="00361E5D">
        <w:trPr>
          <w:trHeight w:hRule="exact" w:val="1767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7.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/>
              <w:ind w:left="68" w:right="144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Корень – орган почвенного (минерального) питания. Типы корневых систем. </w:t>
            </w:r>
            <w:r w:rsidRPr="00DD489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№1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«Стержневая и мочковатая корневые системы»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rPr>
                <w:lang w:val="ru-RU"/>
              </w:rPr>
            </w:pPr>
            <w:r>
              <w:rPr>
                <w:lang w:val="ru-RU"/>
              </w:rPr>
              <w:t>Практическая работа</w:t>
            </w:r>
          </w:p>
        </w:tc>
      </w:tr>
      <w:tr w:rsidR="00361E5D" w:rsidRPr="008A5912" w:rsidTr="00361E5D">
        <w:trPr>
          <w:trHeight w:hRule="exact" w:val="176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 w:rsidRPr="00B9272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8.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Внешнее и внутреннее строение корня</w:t>
            </w:r>
          </w:p>
          <w:p w:rsidR="00361E5D" w:rsidRPr="00B9272D" w:rsidRDefault="00361E5D" w:rsidP="008F77ED">
            <w:pPr>
              <w:autoSpaceDE w:val="0"/>
              <w:autoSpaceDN w:val="0"/>
              <w:spacing w:before="66" w:after="0" w:line="230" w:lineRule="auto"/>
              <w:ind w:left="68"/>
              <w:rPr>
                <w:lang w:val="ru-RU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781B96" w:rsidRDefault="00361E5D" w:rsidP="008F77ED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361E5D" w:rsidRPr="00B9272D" w:rsidTr="00361E5D">
        <w:trPr>
          <w:trHeight w:hRule="exact" w:val="888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9.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Зоны корня. Корневые волоски. </w:t>
            </w:r>
            <w:r w:rsidRPr="00DD489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«Корневой чехлик и корневые волоски»</w:t>
            </w:r>
            <w:r w:rsidRPr="00B9272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0637F"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r w:rsidRPr="00580BB2">
              <w:rPr>
                <w:lang w:val="ru-RU"/>
              </w:rPr>
              <w:t>Практическая работа</w:t>
            </w:r>
          </w:p>
        </w:tc>
      </w:tr>
      <w:tr w:rsidR="00361E5D" w:rsidRPr="008A5912" w:rsidTr="00361E5D">
        <w:trPr>
          <w:trHeight w:hRule="exact" w:val="1562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92" w:after="0" w:line="230" w:lineRule="auto"/>
              <w:rPr>
                <w:lang w:val="ru-RU"/>
              </w:rPr>
            </w:pPr>
            <w:r w:rsidRPr="00B9272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lastRenderedPageBreak/>
              <w:t>10.</w:t>
            </w:r>
          </w:p>
        </w:tc>
        <w:tc>
          <w:tcPr>
            <w:tcW w:w="3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92" w:after="0" w:line="281" w:lineRule="auto"/>
              <w:ind w:left="68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Рост корня. Видоизменения корней.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0637F"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B36F9B" w:rsidRDefault="00361E5D" w:rsidP="008F77ED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</w:tbl>
    <w:p w:rsidR="00361E5D" w:rsidRPr="00B9272D" w:rsidRDefault="00361E5D" w:rsidP="00361E5D">
      <w:pPr>
        <w:autoSpaceDE w:val="0"/>
        <w:autoSpaceDN w:val="0"/>
        <w:spacing w:after="0" w:line="14" w:lineRule="exact"/>
        <w:rPr>
          <w:lang w:val="ru-RU"/>
        </w:rPr>
      </w:pPr>
    </w:p>
    <w:tbl>
      <w:tblPr>
        <w:tblW w:w="9781" w:type="dxa"/>
        <w:tblInd w:w="5" w:type="dxa"/>
        <w:tblLayout w:type="fixed"/>
        <w:tblLook w:val="04A0"/>
      </w:tblPr>
      <w:tblGrid>
        <w:gridCol w:w="444"/>
        <w:gridCol w:w="3100"/>
        <w:gridCol w:w="994"/>
        <w:gridCol w:w="905"/>
        <w:gridCol w:w="794"/>
        <w:gridCol w:w="993"/>
        <w:gridCol w:w="2551"/>
      </w:tblGrid>
      <w:tr w:rsidR="00361E5D" w:rsidRPr="00781B96" w:rsidTr="00361E5D">
        <w:trPr>
          <w:trHeight w:hRule="exact" w:val="991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72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  <w:r w:rsidRPr="00B9272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11.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Почва, ее плодородие. Значение обработки почвы для развития культурных растений</w:t>
            </w:r>
          </w:p>
          <w:p w:rsidR="00361E5D" w:rsidRPr="00781B96" w:rsidRDefault="00361E5D" w:rsidP="008F77ED">
            <w:pPr>
              <w:autoSpaceDE w:val="0"/>
              <w:autoSpaceDN w:val="0"/>
              <w:spacing w:before="92" w:after="0" w:line="281" w:lineRule="auto"/>
              <w:ind w:left="68"/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 контроль</w:t>
            </w:r>
          </w:p>
          <w:p w:rsidR="00361E5D" w:rsidRPr="00781B96" w:rsidRDefault="00361E5D" w:rsidP="008F77ED">
            <w:pPr>
              <w:autoSpaceDE w:val="0"/>
              <w:autoSpaceDN w:val="0"/>
              <w:spacing w:before="92" w:after="0" w:line="262" w:lineRule="auto"/>
              <w:ind w:left="68" w:right="576"/>
              <w:rPr>
                <w:lang w:val="ru-RU"/>
              </w:rPr>
            </w:pPr>
          </w:p>
        </w:tc>
      </w:tr>
      <w:tr w:rsidR="00361E5D" w:rsidRPr="00B36F9B" w:rsidTr="00361E5D">
        <w:trPr>
          <w:trHeight w:hRule="exact" w:val="992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  <w:r w:rsidRPr="00781B96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12.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Побег и почки. </w:t>
            </w:r>
            <w:r w:rsidRPr="00DD489D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№3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«Строение почек. Расположение почек на стебле»</w:t>
            </w:r>
          </w:p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/>
              <w:rPr>
                <w:lang w:val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р</w:t>
            </w:r>
            <w:proofErr w:type="gram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0637F"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92546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r w:rsidRPr="00DB39E3">
              <w:rPr>
                <w:lang w:val="ru-RU"/>
              </w:rPr>
              <w:t>Практическая работа</w:t>
            </w:r>
          </w:p>
        </w:tc>
      </w:tr>
      <w:tr w:rsidR="00361E5D" w:rsidRPr="00B36F9B" w:rsidTr="00361E5D">
        <w:trPr>
          <w:trHeight w:hRule="exact" w:val="55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  <w:r w:rsidRPr="00B36F9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13.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83" w:lineRule="auto"/>
              <w:ind w:left="68"/>
              <w:rPr>
                <w:lang w:val="ru-RU"/>
              </w:rPr>
            </w:pPr>
            <w:r>
              <w:rPr>
                <w:lang w:val="ru-RU"/>
              </w:rPr>
              <w:t xml:space="preserve">Строение и функции листа.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jc w:val="center"/>
              <w:rPr>
                <w:lang w:val="ru-RU"/>
              </w:rPr>
            </w:pPr>
            <w:r w:rsidRPr="0080637F"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rPr>
                <w:lang w:val="ru-RU"/>
              </w:rPr>
            </w:pPr>
            <w:r w:rsidRPr="00DB39E3">
              <w:rPr>
                <w:lang w:val="ru-RU"/>
              </w:rPr>
              <w:t>Практическая работа</w:t>
            </w:r>
          </w:p>
        </w:tc>
      </w:tr>
      <w:tr w:rsidR="00361E5D" w:rsidRPr="008A5912" w:rsidTr="00361E5D">
        <w:trPr>
          <w:trHeight w:hRule="exact" w:val="159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94" w:after="0" w:line="233" w:lineRule="auto"/>
              <w:jc w:val="center"/>
              <w:rPr>
                <w:lang w:val="ru-RU"/>
              </w:rPr>
            </w:pPr>
            <w:r w:rsidRPr="00B36F9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14.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4" w:after="0" w:line="271" w:lineRule="auto"/>
              <w:ind w:left="68" w:right="144"/>
              <w:rPr>
                <w:lang w:val="ru-RU"/>
              </w:rPr>
            </w:pPr>
            <w:r w:rsidRPr="00DD489D">
              <w:rPr>
                <w:b/>
                <w:lang w:val="ru-RU"/>
              </w:rPr>
              <w:t>ЛР №4</w:t>
            </w:r>
            <w:r>
              <w:rPr>
                <w:lang w:val="ru-RU"/>
              </w:rPr>
              <w:t xml:space="preserve"> «Листья простые и сложные, их жилкование и расположение»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B36F9B" w:rsidRDefault="00361E5D" w:rsidP="008F77ED">
            <w:pPr>
              <w:autoSpaceDE w:val="0"/>
              <w:autoSpaceDN w:val="0"/>
              <w:spacing w:before="94" w:after="0" w:line="233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листа"</w:t>
            </w:r>
          </w:p>
        </w:tc>
      </w:tr>
      <w:tr w:rsidR="00361E5D" w:rsidTr="00361E5D">
        <w:trPr>
          <w:trHeight w:hRule="exact" w:val="64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90" w:after="0" w:line="230" w:lineRule="auto"/>
              <w:jc w:val="center"/>
              <w:rPr>
                <w:lang w:val="ru-RU"/>
              </w:rPr>
            </w:pPr>
            <w:r w:rsidRPr="00B36F9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15.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66" w:after="0" w:line="283" w:lineRule="auto"/>
              <w:ind w:left="68"/>
              <w:rPr>
                <w:lang w:val="ru-RU"/>
              </w:rPr>
            </w:pPr>
            <w:r>
              <w:rPr>
                <w:lang w:val="ru-RU"/>
              </w:rPr>
              <w:t>Лист – орган воздушного питания. Фотосинтез.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 w:rsidRPr="0080637F"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r w:rsidRPr="00DB39E3">
              <w:rPr>
                <w:lang w:val="ru-RU"/>
              </w:rPr>
              <w:t>Практическая работа</w:t>
            </w:r>
          </w:p>
        </w:tc>
      </w:tr>
      <w:tr w:rsidR="00361E5D" w:rsidRPr="008A5912" w:rsidTr="00361E5D">
        <w:trPr>
          <w:trHeight w:hRule="exact" w:val="1637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16.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B36F9B" w:rsidRDefault="00361E5D" w:rsidP="008F77ED">
            <w:pPr>
              <w:autoSpaceDE w:val="0"/>
              <w:autoSpaceDN w:val="0"/>
              <w:spacing w:before="92" w:after="0" w:line="281" w:lineRule="auto"/>
              <w:ind w:left="68" w:right="432"/>
              <w:rPr>
                <w:lang w:val="ru-RU"/>
              </w:rPr>
            </w:pPr>
            <w:r>
              <w:rPr>
                <w:lang w:val="ru-RU"/>
              </w:rPr>
              <w:t xml:space="preserve">Лист как орган дыхания.  </w:t>
            </w:r>
            <w:r w:rsidRPr="00DD489D">
              <w:rPr>
                <w:b/>
                <w:lang w:val="ru-RU"/>
              </w:rPr>
              <w:t>ЛР №5</w:t>
            </w:r>
            <w:r>
              <w:rPr>
                <w:lang w:val="ru-RU"/>
              </w:rPr>
              <w:t xml:space="preserve"> «Строение кожицы листа»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DD489D" w:rsidRDefault="00361E5D" w:rsidP="008F77E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</w:p>
        </w:tc>
      </w:tr>
      <w:tr w:rsidR="00361E5D" w:rsidRPr="008A5912" w:rsidTr="00361E5D">
        <w:trPr>
          <w:trHeight w:hRule="exact" w:val="1559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17.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lang w:val="ru-RU"/>
              </w:rPr>
              <w:t>Взаимосвязь дыхания растения с фотосинтезом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DD489D" w:rsidRDefault="00361E5D" w:rsidP="008F77ED">
            <w:pPr>
              <w:spacing w:line="24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r w:rsidRPr="00E95B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</w:p>
        </w:tc>
      </w:tr>
      <w:tr w:rsidR="00361E5D" w:rsidRPr="008A5912" w:rsidTr="00361E5D">
        <w:trPr>
          <w:trHeight w:hRule="exact" w:val="1559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0224FB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18.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0224FB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0224FB">
              <w:rPr>
                <w:lang w:val="ru-RU"/>
              </w:rPr>
              <w:t>Влияние факторов среды на строение листа. Видоизменения листьев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B92546" w:rsidRDefault="00361E5D" w:rsidP="008F77ED">
            <w:pPr>
              <w:autoSpaceDE w:val="0"/>
              <w:autoSpaceDN w:val="0"/>
              <w:spacing w:before="98"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r w:rsidRPr="00E95B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</w:p>
        </w:tc>
      </w:tr>
      <w:tr w:rsidR="00361E5D" w:rsidRPr="008A5912" w:rsidTr="00361E5D">
        <w:trPr>
          <w:trHeight w:hRule="exact" w:val="1555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19</w:t>
            </w:r>
            <w:r w:rsidRPr="00DD489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71" w:lineRule="auto"/>
              <w:ind w:left="68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Неорганические и органические вещества растений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DD489D" w:rsidRDefault="00361E5D" w:rsidP="008F77ED">
            <w:pPr>
              <w:spacing w:line="240" w:lineRule="auto"/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r w:rsidRPr="00E95B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</w:p>
        </w:tc>
      </w:tr>
      <w:tr w:rsidR="00361E5D" w:rsidTr="00361E5D">
        <w:trPr>
          <w:trHeight w:hRule="exact" w:val="91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autoSpaceDE w:val="0"/>
              <w:autoSpaceDN w:val="0"/>
              <w:spacing w:before="92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20</w:t>
            </w:r>
            <w:r w:rsidRPr="00DD489D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4848CC" w:rsidRDefault="00361E5D" w:rsidP="008F77ED">
            <w:pPr>
              <w:autoSpaceDE w:val="0"/>
              <w:autoSpaceDN w:val="0"/>
              <w:spacing w:before="92" w:after="0"/>
              <w:ind w:left="68" w:right="144"/>
              <w:rPr>
                <w:lang w:val="ru-RU"/>
              </w:rPr>
            </w:pPr>
            <w:r>
              <w:rPr>
                <w:lang w:val="ru-RU"/>
              </w:rPr>
              <w:t xml:space="preserve">Стебель – ось побега. </w:t>
            </w:r>
            <w:r w:rsidRPr="004848CC">
              <w:rPr>
                <w:b/>
                <w:lang w:val="ru-RU"/>
              </w:rPr>
              <w:t>ЛР №6</w:t>
            </w:r>
            <w:r>
              <w:rPr>
                <w:lang w:val="ru-RU"/>
              </w:rPr>
              <w:t xml:space="preserve">  «Внутреннее строение ветки дерева»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r w:rsidRPr="00DB39E3">
              <w:rPr>
                <w:lang w:val="ru-RU"/>
              </w:rPr>
              <w:t>Практическая работа</w:t>
            </w:r>
          </w:p>
        </w:tc>
      </w:tr>
      <w:tr w:rsidR="00361E5D" w:rsidRPr="008A5912" w:rsidTr="00361E5D">
        <w:trPr>
          <w:trHeight w:hRule="exact" w:val="157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33" w:lineRule="auto"/>
              <w:ind w:left="68"/>
              <w:rPr>
                <w:lang w:val="ru-RU"/>
              </w:rPr>
            </w:pPr>
            <w:r>
              <w:rPr>
                <w:lang w:val="ru-RU"/>
              </w:rPr>
              <w:t>Транспорт веществ в растении</w:t>
            </w:r>
          </w:p>
          <w:p w:rsidR="00361E5D" w:rsidRPr="0080165B" w:rsidRDefault="00361E5D" w:rsidP="008F77ED">
            <w:pPr>
              <w:autoSpaceDE w:val="0"/>
              <w:autoSpaceDN w:val="0"/>
              <w:spacing w:before="66" w:after="0" w:line="271" w:lineRule="auto"/>
              <w:ind w:left="68" w:right="432"/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23678E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B925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  <w:p w:rsidR="00361E5D" w:rsidRPr="000224FB" w:rsidRDefault="00361E5D" w:rsidP="008F77ED">
            <w:pPr>
              <w:rPr>
                <w:lang w:val="ru-RU"/>
              </w:rPr>
            </w:pP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Самооценка с </w:t>
            </w:r>
            <w:r w:rsidRPr="00D96545">
              <w:rPr>
                <w:lang w:val="ru-RU"/>
              </w:rPr>
              <w:br/>
            </w:r>
            <w:r w:rsidRPr="00D96545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использованием "Оценочного </w:t>
            </w:r>
            <w:r w:rsidRPr="00D96545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листа</w:t>
            </w:r>
            <w:r w:rsidRPr="00E95BE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"</w:t>
            </w:r>
          </w:p>
        </w:tc>
      </w:tr>
      <w:tr w:rsidR="00361E5D" w:rsidRPr="0023678E" w:rsidTr="00361E5D">
        <w:trPr>
          <w:trHeight w:hRule="exact" w:val="114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lastRenderedPageBreak/>
              <w:t>2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2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71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lang w:val="ru-RU"/>
              </w:rPr>
              <w:t xml:space="preserve">Видоизменения побегов. </w:t>
            </w:r>
            <w:r w:rsidRPr="0023678E">
              <w:rPr>
                <w:rFonts w:ascii="Times New Roman" w:eastAsia="Times New Roman" w:hAnsi="Times New Roman"/>
                <w:b/>
                <w:color w:val="000000"/>
                <w:sz w:val="24"/>
                <w:lang w:val="ru-RU"/>
              </w:rPr>
              <w:t>ЛР №7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«Строение клубня, корневища, луковицы»</w:t>
            </w:r>
          </w:p>
          <w:p w:rsidR="00361E5D" w:rsidRDefault="00361E5D" w:rsidP="008F77ED">
            <w:pPr>
              <w:autoSpaceDE w:val="0"/>
              <w:autoSpaceDN w:val="0"/>
              <w:spacing w:before="92" w:after="0" w:line="271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361E5D" w:rsidRDefault="00361E5D" w:rsidP="008F77ED">
            <w:pPr>
              <w:autoSpaceDE w:val="0"/>
              <w:autoSpaceDN w:val="0"/>
              <w:spacing w:before="92" w:after="0" w:line="271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361E5D" w:rsidRDefault="00361E5D" w:rsidP="008F77ED">
            <w:pPr>
              <w:autoSpaceDE w:val="0"/>
              <w:autoSpaceDN w:val="0"/>
              <w:spacing w:before="92" w:after="0" w:line="271" w:lineRule="auto"/>
              <w:ind w:right="288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361E5D" w:rsidRPr="0080165B" w:rsidRDefault="00361E5D" w:rsidP="008F77ED">
            <w:pPr>
              <w:autoSpaceDE w:val="0"/>
              <w:autoSpaceDN w:val="0"/>
              <w:spacing w:before="92" w:after="0" w:line="271" w:lineRule="auto"/>
              <w:ind w:right="288"/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100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–03.03.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2023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23678E" w:rsidRDefault="00361E5D" w:rsidP="008F77ED">
            <w:pPr>
              <w:rPr>
                <w:lang w:val="ru-RU"/>
              </w:rPr>
            </w:pPr>
            <w:r w:rsidRPr="00DB39E3">
              <w:rPr>
                <w:lang w:val="ru-RU"/>
              </w:rPr>
              <w:t>Практическая работа</w:t>
            </w:r>
          </w:p>
        </w:tc>
      </w:tr>
      <w:tr w:rsidR="00361E5D" w:rsidTr="00361E5D">
        <w:trPr>
          <w:trHeight w:hRule="exact" w:val="2693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23678E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23</w:t>
            </w:r>
            <w:r w:rsidRPr="0023678E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361E5D" w:rsidRDefault="00361E5D" w:rsidP="008F77ED">
            <w:pPr>
              <w:autoSpaceDE w:val="0"/>
              <w:autoSpaceDN w:val="0"/>
              <w:spacing w:before="92" w:after="0" w:line="283" w:lineRule="auto"/>
              <w:ind w:left="68" w:right="144"/>
              <w:rPr>
                <w:sz w:val="24"/>
                <w:szCs w:val="24"/>
                <w:lang w:val="ru-RU"/>
              </w:rPr>
            </w:pPr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 xml:space="preserve">Образовательне ткани. Конус </w:t>
            </w:r>
            <w:r w:rsidRPr="00361E5D">
              <w:rPr>
                <w:sz w:val="24"/>
                <w:szCs w:val="24"/>
                <w:lang w:val="ru-RU"/>
              </w:rPr>
              <w:br/>
            </w:r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 xml:space="preserve">нарастания побега. Рост кончика корня. Верхушечный и вставочный рост. Рост корня и стебля в </w:t>
            </w:r>
            <w:r w:rsidRPr="00361E5D">
              <w:rPr>
                <w:sz w:val="24"/>
                <w:szCs w:val="24"/>
                <w:lang w:val="ru-RU"/>
              </w:rPr>
              <w:br/>
            </w:r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 xml:space="preserve">толщину, камбий. Образование </w:t>
            </w:r>
            <w:r w:rsidRPr="00361E5D">
              <w:rPr>
                <w:sz w:val="24"/>
                <w:szCs w:val="24"/>
                <w:lang w:val="ru-RU"/>
              </w:rPr>
              <w:br/>
            </w:r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 xml:space="preserve">годичных колец </w:t>
            </w:r>
            <w:proofErr w:type="gramStart"/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>у</w:t>
            </w:r>
            <w:proofErr w:type="gramEnd"/>
            <w:r w:rsidRPr="00361E5D">
              <w:rPr>
                <w:rFonts w:ascii="Times New Roman" w:eastAsia="Times New Roman" w:hAnsi="Times New Roman"/>
                <w:color w:val="000000"/>
                <w:w w:val="98"/>
                <w:sz w:val="24"/>
                <w:szCs w:val="24"/>
                <w:lang w:val="ru-RU"/>
              </w:rPr>
              <w:t xml:space="preserve"> древесных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1654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71" w:lineRule="auto"/>
              <w:ind w:left="68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Влияние фитогормонов на рост </w:t>
            </w:r>
            <w:r w:rsidRPr="0080165B">
              <w:rPr>
                <w:lang w:val="ru-RU"/>
              </w:rPr>
              <w:br/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растения. Ростовые движения </w:t>
            </w:r>
            <w:r w:rsidRPr="0080165B">
              <w:rPr>
                <w:lang w:val="ru-RU"/>
              </w:rPr>
              <w:br/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растений. Развитие побега из почки.</w:t>
            </w:r>
          </w:p>
          <w:p w:rsidR="00361E5D" w:rsidRDefault="00361E5D" w:rsidP="008F77ED">
            <w:pPr>
              <w:autoSpaceDE w:val="0"/>
              <w:autoSpaceDN w:val="0"/>
              <w:spacing w:before="66" w:after="0" w:line="230" w:lineRule="auto"/>
              <w:ind w:left="6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Ветвление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побегов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1026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720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Управление ростом растения. Формирование кроны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1268"/>
        </w:trPr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6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361E5D">
            <w:pPr>
              <w:autoSpaceDE w:val="0"/>
              <w:autoSpaceDN w:val="0"/>
              <w:spacing w:before="92" w:after="0" w:line="262" w:lineRule="auto"/>
              <w:ind w:left="68" w:right="576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Вегетативное размножение </w:t>
            </w:r>
            <w:r w:rsidRPr="0080165B">
              <w:rPr>
                <w:lang w:val="ru-RU"/>
              </w:rPr>
              <w:br/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цветковых растений в природе.</w:t>
            </w:r>
          </w:p>
          <w:p w:rsidR="00361E5D" w:rsidRPr="00361E5D" w:rsidRDefault="00361E5D" w:rsidP="008F77ED">
            <w:pPr>
              <w:autoSpaceDE w:val="0"/>
              <w:autoSpaceDN w:val="0"/>
              <w:spacing w:before="66" w:after="0" w:line="233" w:lineRule="auto"/>
              <w:ind w:left="68"/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</w:tbl>
    <w:p w:rsidR="00361E5D" w:rsidRDefault="00361E5D" w:rsidP="00361E5D">
      <w:pPr>
        <w:autoSpaceDE w:val="0"/>
        <w:autoSpaceDN w:val="0"/>
        <w:spacing w:after="0" w:line="14" w:lineRule="exact"/>
      </w:pPr>
    </w:p>
    <w:tbl>
      <w:tblPr>
        <w:tblW w:w="9781" w:type="dxa"/>
        <w:tblInd w:w="5" w:type="dxa"/>
        <w:tblLayout w:type="fixed"/>
        <w:tblLook w:val="04A0"/>
      </w:tblPr>
      <w:tblGrid>
        <w:gridCol w:w="443"/>
        <w:gridCol w:w="3101"/>
        <w:gridCol w:w="987"/>
        <w:gridCol w:w="903"/>
        <w:gridCol w:w="803"/>
        <w:gridCol w:w="993"/>
        <w:gridCol w:w="2551"/>
      </w:tblGrid>
      <w:tr w:rsidR="00361E5D" w:rsidTr="00361E5D">
        <w:trPr>
          <w:trHeight w:hRule="exact" w:val="988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7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66" w:after="0" w:line="262" w:lineRule="auto"/>
              <w:ind w:left="68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Вегетативное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размножение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культурных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растений</w:t>
            </w:r>
            <w:proofErr w:type="spellEnd"/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212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576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Клоны. Сохранение признаков материнского растения.</w:t>
            </w:r>
          </w:p>
          <w:p w:rsidR="00361E5D" w:rsidRDefault="00361E5D" w:rsidP="008F77ED">
            <w:pPr>
              <w:autoSpaceDE w:val="0"/>
              <w:autoSpaceDN w:val="0"/>
              <w:spacing w:before="66" w:after="0" w:line="262" w:lineRule="auto"/>
              <w:ind w:left="68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Хозяйственное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значение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вегетативного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размножения</w:t>
            </w:r>
            <w:proofErr w:type="spellEnd"/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2421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9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81" w:lineRule="auto"/>
              <w:ind w:left="68" w:right="144"/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Семенное (генеративное) </w:t>
            </w:r>
            <w:r w:rsidRPr="0080165B">
              <w:rPr>
                <w:lang w:val="ru-RU"/>
              </w:rPr>
              <w:br/>
            </w: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размножение растений. Цветки и соцветия.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Опыление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Перекрёстное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опыление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ветром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животными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,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водой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)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самоопыление</w:t>
            </w:r>
            <w:proofErr w:type="spellEnd"/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ind w:left="72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1833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30" w:lineRule="auto"/>
              <w:ind w:left="68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Двойное оплодотворение.</w:t>
            </w:r>
          </w:p>
          <w:p w:rsidR="00361E5D" w:rsidRDefault="00361E5D" w:rsidP="008F77ED">
            <w:pPr>
              <w:autoSpaceDE w:val="0"/>
              <w:autoSpaceDN w:val="0"/>
              <w:spacing w:before="66" w:after="0" w:line="271" w:lineRule="auto"/>
              <w:ind w:left="68" w:right="432"/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Наследование признаков обоих растений.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Образование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плодов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семян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784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lastRenderedPageBreak/>
              <w:t>3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0" w:after="0" w:line="262" w:lineRule="auto"/>
              <w:ind w:left="68" w:right="432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Типы плодов. Распространение плодов и семян в природе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786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144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Состав и строение семян. Условия прорастания семян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  <w:tr w:rsidR="00361E5D" w:rsidTr="00361E5D">
        <w:trPr>
          <w:trHeight w:hRule="exact" w:val="1104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3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3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71" w:lineRule="auto"/>
              <w:ind w:left="68" w:right="576"/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Развитие цветкового растения. Периоды его развития.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Цикл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развития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цветкового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растения</w:t>
            </w:r>
            <w:proofErr w:type="spellEnd"/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5023E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</w:tr>
      <w:tr w:rsidR="00361E5D" w:rsidTr="00361E5D">
        <w:trPr>
          <w:trHeight w:hRule="exact" w:val="1422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2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33.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144"/>
              <w:rPr>
                <w:lang w:val="ru-RU"/>
              </w:rPr>
            </w:pPr>
            <w:r w:rsidRPr="0080165B"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>Влияние факторов внешней среды на развитие цветковых растений.</w:t>
            </w:r>
          </w:p>
          <w:p w:rsidR="00361E5D" w:rsidRDefault="00361E5D" w:rsidP="008F77ED">
            <w:pPr>
              <w:autoSpaceDE w:val="0"/>
              <w:autoSpaceDN w:val="0"/>
              <w:spacing w:before="66" w:after="0" w:line="262" w:lineRule="auto"/>
              <w:ind w:left="68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Жизненные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формы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цветковых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8"/>
                <w:sz w:val="23"/>
              </w:rPr>
              <w:t>растений</w:t>
            </w:r>
            <w:proofErr w:type="spellEnd"/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 w:rsidRPr="0081351D"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>
            <w:pPr>
              <w:autoSpaceDE w:val="0"/>
              <w:autoSpaceDN w:val="0"/>
              <w:spacing w:before="98" w:after="0" w:line="230" w:lineRule="auto"/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5023E" w:rsidRDefault="00361E5D" w:rsidP="008F77ED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</w:t>
            </w:r>
          </w:p>
        </w:tc>
      </w:tr>
      <w:tr w:rsidR="00361E5D" w:rsidTr="00361E5D">
        <w:trPr>
          <w:trHeight w:hRule="exact" w:val="765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80165B" w:rsidRDefault="00361E5D" w:rsidP="008F77ED">
            <w:pPr>
              <w:autoSpaceDE w:val="0"/>
              <w:autoSpaceDN w:val="0"/>
              <w:spacing w:before="92" w:after="0" w:line="262" w:lineRule="auto"/>
              <w:ind w:left="68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8"/>
                <w:sz w:val="23"/>
                <w:lang w:val="ru-RU"/>
              </w:rPr>
              <w:t xml:space="preserve">Резерв 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781B96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Pr="00DD489D" w:rsidRDefault="00361E5D" w:rsidP="008F77ED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61E5D" w:rsidRDefault="00361E5D" w:rsidP="008F77ED"/>
        </w:tc>
      </w:tr>
    </w:tbl>
    <w:p w:rsidR="00361E5D" w:rsidRDefault="00361E5D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p w:rsidR="00BF3460" w:rsidRDefault="00BF3460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p w:rsidR="00BF3460" w:rsidRDefault="00BF3460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p w:rsidR="00BF3460" w:rsidRDefault="00BF3460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p w:rsidR="00BF3460" w:rsidRDefault="00BF3460" w:rsidP="00361E5D">
      <w:pPr>
        <w:widowControl w:val="0"/>
        <w:autoSpaceDE w:val="0"/>
        <w:autoSpaceDN w:val="0"/>
        <w:adjustRightInd w:val="0"/>
        <w:jc w:val="center"/>
        <w:rPr>
          <w:b/>
          <w:kern w:val="24"/>
          <w:lang w:val="ru-RU"/>
        </w:rPr>
      </w:pPr>
    </w:p>
    <w:p w:rsidR="00BF3460" w:rsidRPr="00395BEB" w:rsidRDefault="00BF3460" w:rsidP="00BF3460">
      <w:pPr>
        <w:autoSpaceDE w:val="0"/>
        <w:autoSpaceDN w:val="0"/>
        <w:spacing w:after="0" w:line="230" w:lineRule="auto"/>
        <w:jc w:val="center"/>
        <w:rPr>
          <w:lang w:val="ru-RU"/>
        </w:rPr>
      </w:pPr>
      <w:r w:rsidRPr="00395BEB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УЧЕБНО-МЕТОДИЧЕСКОЕ ОБЕСПЕЧЕНИЕ ОБРАЗОВАТЕЛЬНОГО ПРОЦЕССА</w:t>
      </w:r>
    </w:p>
    <w:p w:rsidR="00BF3460" w:rsidRPr="00395BEB" w:rsidRDefault="00BF3460" w:rsidP="00BF3460">
      <w:pPr>
        <w:autoSpaceDE w:val="0"/>
        <w:autoSpaceDN w:val="0"/>
        <w:spacing w:before="346" w:after="0" w:line="230" w:lineRule="auto"/>
        <w:rPr>
          <w:lang w:val="ru-RU"/>
        </w:rPr>
      </w:pPr>
      <w:r w:rsidRPr="00395BEB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BF3460" w:rsidRDefault="00BF3460" w:rsidP="00BF3460">
      <w:pPr>
        <w:autoSpaceDE w:val="0"/>
        <w:autoSpaceDN w:val="0"/>
        <w:spacing w:before="166" w:after="0" w:line="262" w:lineRule="auto"/>
        <w:ind w:right="144"/>
        <w:rPr>
          <w:rFonts w:ascii="Times New Roman" w:eastAsia="Times New Roman" w:hAnsi="Times New Roman"/>
          <w:color w:val="000000"/>
          <w:sz w:val="24"/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1.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Пасечник В.В., Суматохин С.В., Калинова Г.С. и другие; под редакцией Пасечника В.В. Биология, 5 класс/ Акционерное общество «Издательство «Просвещение»;</w:t>
      </w:r>
    </w:p>
    <w:p w:rsidR="00BF3460" w:rsidRPr="00D96545" w:rsidRDefault="00BF3460" w:rsidP="00BF3460">
      <w:pPr>
        <w:autoSpaceDE w:val="0"/>
        <w:autoSpaceDN w:val="0"/>
        <w:spacing w:before="166" w:after="0" w:line="262" w:lineRule="auto"/>
        <w:ind w:right="144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  <w:lang w:val="ru-RU"/>
        </w:rPr>
        <w:t>2.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Пасечник В.В., Суматохин С.В., Калинова Г.С. и другие; под редакцией Пасечника В.В. Биология, 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6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класс/ Акционерное общество «Издательство «Просвещение»;</w:t>
      </w:r>
    </w:p>
    <w:p w:rsidR="00BF3460" w:rsidRPr="00D96545" w:rsidRDefault="00BF3460" w:rsidP="00BF3460">
      <w:pPr>
        <w:autoSpaceDE w:val="0"/>
        <w:autoSpaceDN w:val="0"/>
        <w:spacing w:before="166" w:after="0" w:line="262" w:lineRule="auto"/>
        <w:ind w:right="144"/>
        <w:rPr>
          <w:lang w:val="ru-RU"/>
        </w:rPr>
      </w:pPr>
    </w:p>
    <w:p w:rsidR="00BF3460" w:rsidRPr="00D96545" w:rsidRDefault="00BF3460" w:rsidP="00BF3460">
      <w:pPr>
        <w:autoSpaceDE w:val="0"/>
        <w:autoSpaceDN w:val="0"/>
        <w:spacing w:before="262" w:after="0" w:line="230" w:lineRule="auto"/>
        <w:rPr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BF3460" w:rsidRPr="00D96545" w:rsidRDefault="00BF3460" w:rsidP="00BF3460">
      <w:pPr>
        <w:autoSpaceDE w:val="0"/>
        <w:autoSpaceDN w:val="0"/>
        <w:spacing w:before="166" w:after="0" w:line="271" w:lineRule="auto"/>
        <w:rPr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Уроки биологии. 5—6 классы: пособие для учителей общеобразоват. учреждений / [В. В. Пасечник, С. В. Суматохин, Г. С. Калинова, З. Г. Гапонюк]/под ред. В. В. Пасечника; Рос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а</w:t>
      </w:r>
      <w:proofErr w:type="gram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кад. наук, Рос. акад. образования, изд-во «Просвещение». — М.: Просвещение, 2017.</w:t>
      </w:r>
    </w:p>
    <w:p w:rsidR="00BF3460" w:rsidRPr="00D96545" w:rsidRDefault="00BF3460" w:rsidP="00BF3460">
      <w:pPr>
        <w:autoSpaceDE w:val="0"/>
        <w:autoSpaceDN w:val="0"/>
        <w:spacing w:before="264" w:after="0" w:line="230" w:lineRule="auto"/>
        <w:rPr>
          <w:lang w:val="ru-RU"/>
        </w:rPr>
      </w:pPr>
      <w:r w:rsidRPr="00D9654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BF3460" w:rsidRDefault="00BF3460" w:rsidP="00BF3460">
      <w:pPr>
        <w:autoSpaceDE w:val="0"/>
        <w:autoSpaceDN w:val="0"/>
        <w:spacing w:before="168" w:after="0" w:line="271" w:lineRule="auto"/>
        <w:ind w:right="1872"/>
        <w:rPr>
          <w:rFonts w:ascii="Times New Roman" w:eastAsia="Times New Roman" w:hAnsi="Times New Roman"/>
          <w:color w:val="000000"/>
          <w:sz w:val="24"/>
          <w:lang w:val="ru-RU"/>
        </w:rPr>
      </w:pP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1.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foxford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/ - </w:t>
      </w:r>
      <w:proofErr w:type="spell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онлайн-школа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spell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Фоксфорд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D96545">
        <w:rPr>
          <w:lang w:val="ru-RU"/>
        </w:rPr>
        <w:br/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2.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ad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school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mosreg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yaklass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- </w:t>
      </w:r>
      <w:proofErr w:type="spellStart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Якласс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 xml:space="preserve"> - обучающие и проверочные материалы 3. </w:t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resh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edu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96545">
        <w:rPr>
          <w:rFonts w:ascii="Times New Roman" w:eastAsia="Times New Roman" w:hAnsi="Times New Roman"/>
          <w:color w:val="000000"/>
          <w:sz w:val="24"/>
          <w:lang w:val="ru-RU"/>
        </w:rPr>
        <w:t>/ - Российская электронная школ</w:t>
      </w:r>
      <w:r>
        <w:rPr>
          <w:rFonts w:ascii="Times New Roman" w:eastAsia="Times New Roman" w:hAnsi="Times New Roman"/>
          <w:color w:val="000000"/>
          <w:sz w:val="24"/>
          <w:lang w:val="ru-RU"/>
        </w:rPr>
        <w:t>а</w:t>
      </w:r>
    </w:p>
    <w:p w:rsidR="00BF3460" w:rsidRPr="00BF3460" w:rsidRDefault="00BF3460" w:rsidP="00BF3460">
      <w:pPr>
        <w:autoSpaceDE w:val="0"/>
        <w:autoSpaceDN w:val="0"/>
        <w:spacing w:before="168" w:after="0" w:line="271" w:lineRule="auto"/>
        <w:ind w:right="1872"/>
        <w:rPr>
          <w:lang w:val="ru-RU"/>
        </w:rPr>
        <w:sectPr w:rsidR="00BF3460" w:rsidRPr="00BF3460" w:rsidSect="00361E5D">
          <w:pgSz w:w="11900" w:h="16840"/>
          <w:pgMar w:top="292" w:right="754" w:bottom="1135" w:left="1701" w:header="720" w:footer="720" w:gutter="0"/>
          <w:cols w:space="720" w:equalWidth="0">
            <w:col w:w="9444" w:space="0"/>
          </w:cols>
          <w:docGrid w:linePitch="360"/>
        </w:sectPr>
      </w:pPr>
    </w:p>
    <w:p w:rsidR="00D96545" w:rsidRPr="00D96545" w:rsidRDefault="00D96545">
      <w:pPr>
        <w:rPr>
          <w:lang w:val="ru-RU"/>
        </w:rPr>
      </w:pPr>
    </w:p>
    <w:sectPr w:rsidR="00D96545" w:rsidRPr="00D9654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810" w:rsidRDefault="00867810" w:rsidP="00D96545">
      <w:pPr>
        <w:spacing w:after="0" w:line="240" w:lineRule="auto"/>
      </w:pPr>
      <w:r>
        <w:separator/>
      </w:r>
    </w:p>
  </w:endnote>
  <w:endnote w:type="continuationSeparator" w:id="0">
    <w:p w:rsidR="00867810" w:rsidRDefault="00867810" w:rsidP="00D96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810" w:rsidRDefault="00867810" w:rsidP="00D96545">
      <w:pPr>
        <w:spacing w:after="0" w:line="240" w:lineRule="auto"/>
      </w:pPr>
      <w:r>
        <w:separator/>
      </w:r>
    </w:p>
  </w:footnote>
  <w:footnote w:type="continuationSeparator" w:id="0">
    <w:p w:rsidR="00867810" w:rsidRDefault="00867810" w:rsidP="00D96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B50F1F"/>
    <w:multiLevelType w:val="hybridMultilevel"/>
    <w:tmpl w:val="631CA0DE"/>
    <w:lvl w:ilvl="0" w:tplc="F274E16A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</w:lvl>
    <w:lvl w:ilvl="3" w:tplc="0419000F" w:tentative="1">
      <w:start w:val="1"/>
      <w:numFmt w:val="decimal"/>
      <w:lvlText w:val="%4."/>
      <w:lvlJc w:val="left"/>
      <w:pPr>
        <w:ind w:left="3244" w:hanging="360"/>
      </w:p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</w:lvl>
    <w:lvl w:ilvl="6" w:tplc="0419000F" w:tentative="1">
      <w:start w:val="1"/>
      <w:numFmt w:val="decimal"/>
      <w:lvlText w:val="%7."/>
      <w:lvlJc w:val="left"/>
      <w:pPr>
        <w:ind w:left="5404" w:hanging="360"/>
      </w:p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0">
    <w:nsid w:val="5B5770B4"/>
    <w:multiLevelType w:val="hybridMultilevel"/>
    <w:tmpl w:val="3DA2BCAC"/>
    <w:lvl w:ilvl="0" w:tplc="24D41EDC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11">
    <w:nsid w:val="63156C55"/>
    <w:multiLevelType w:val="hybridMultilevel"/>
    <w:tmpl w:val="3DA2BCAC"/>
    <w:lvl w:ilvl="0" w:tplc="24D41EDC">
      <w:start w:val="1"/>
      <w:numFmt w:val="decimal"/>
      <w:lvlText w:val="%1."/>
      <w:lvlJc w:val="left"/>
      <w:pPr>
        <w:ind w:left="12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69" w:hanging="360"/>
      </w:pPr>
    </w:lvl>
    <w:lvl w:ilvl="2" w:tplc="0419001B" w:tentative="1">
      <w:start w:val="1"/>
      <w:numFmt w:val="lowerRoman"/>
      <w:lvlText w:val="%3."/>
      <w:lvlJc w:val="right"/>
      <w:pPr>
        <w:ind w:left="2689" w:hanging="180"/>
      </w:pPr>
    </w:lvl>
    <w:lvl w:ilvl="3" w:tplc="0419000F" w:tentative="1">
      <w:start w:val="1"/>
      <w:numFmt w:val="decimal"/>
      <w:lvlText w:val="%4."/>
      <w:lvlJc w:val="left"/>
      <w:pPr>
        <w:ind w:left="3409" w:hanging="360"/>
      </w:pPr>
    </w:lvl>
    <w:lvl w:ilvl="4" w:tplc="04190019" w:tentative="1">
      <w:start w:val="1"/>
      <w:numFmt w:val="lowerLetter"/>
      <w:lvlText w:val="%5."/>
      <w:lvlJc w:val="left"/>
      <w:pPr>
        <w:ind w:left="4129" w:hanging="360"/>
      </w:pPr>
    </w:lvl>
    <w:lvl w:ilvl="5" w:tplc="0419001B" w:tentative="1">
      <w:start w:val="1"/>
      <w:numFmt w:val="lowerRoman"/>
      <w:lvlText w:val="%6."/>
      <w:lvlJc w:val="right"/>
      <w:pPr>
        <w:ind w:left="4849" w:hanging="180"/>
      </w:pPr>
    </w:lvl>
    <w:lvl w:ilvl="6" w:tplc="0419000F" w:tentative="1">
      <w:start w:val="1"/>
      <w:numFmt w:val="decimal"/>
      <w:lvlText w:val="%7."/>
      <w:lvlJc w:val="left"/>
      <w:pPr>
        <w:ind w:left="5569" w:hanging="360"/>
      </w:pPr>
    </w:lvl>
    <w:lvl w:ilvl="7" w:tplc="04190019" w:tentative="1">
      <w:start w:val="1"/>
      <w:numFmt w:val="lowerLetter"/>
      <w:lvlText w:val="%8."/>
      <w:lvlJc w:val="left"/>
      <w:pPr>
        <w:ind w:left="6289" w:hanging="360"/>
      </w:pPr>
    </w:lvl>
    <w:lvl w:ilvl="8" w:tplc="0419001B" w:tentative="1">
      <w:start w:val="1"/>
      <w:numFmt w:val="lowerRoman"/>
      <w:lvlText w:val="%9."/>
      <w:lvlJc w:val="right"/>
      <w:pPr>
        <w:ind w:left="7009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7730"/>
    <w:rsid w:val="00014A59"/>
    <w:rsid w:val="00034616"/>
    <w:rsid w:val="00037773"/>
    <w:rsid w:val="0006063C"/>
    <w:rsid w:val="00093168"/>
    <w:rsid w:val="0015074B"/>
    <w:rsid w:val="001D36B0"/>
    <w:rsid w:val="002235B1"/>
    <w:rsid w:val="0029639D"/>
    <w:rsid w:val="002A40F6"/>
    <w:rsid w:val="002C5715"/>
    <w:rsid w:val="00326F90"/>
    <w:rsid w:val="00336C29"/>
    <w:rsid w:val="00361E5D"/>
    <w:rsid w:val="00395BEB"/>
    <w:rsid w:val="004459FA"/>
    <w:rsid w:val="00496A39"/>
    <w:rsid w:val="004A1243"/>
    <w:rsid w:val="004C0E89"/>
    <w:rsid w:val="0053279D"/>
    <w:rsid w:val="00595655"/>
    <w:rsid w:val="005C03F7"/>
    <w:rsid w:val="005C0B29"/>
    <w:rsid w:val="00682A93"/>
    <w:rsid w:val="006B6BA5"/>
    <w:rsid w:val="0075023E"/>
    <w:rsid w:val="00751E22"/>
    <w:rsid w:val="00867810"/>
    <w:rsid w:val="008A57BD"/>
    <w:rsid w:val="008A5912"/>
    <w:rsid w:val="009F7F55"/>
    <w:rsid w:val="00AA1D8D"/>
    <w:rsid w:val="00B419A4"/>
    <w:rsid w:val="00B47730"/>
    <w:rsid w:val="00B92546"/>
    <w:rsid w:val="00B93DE2"/>
    <w:rsid w:val="00BF3460"/>
    <w:rsid w:val="00C01A1A"/>
    <w:rsid w:val="00C92D2D"/>
    <w:rsid w:val="00CB0664"/>
    <w:rsid w:val="00CE1DE2"/>
    <w:rsid w:val="00D107B7"/>
    <w:rsid w:val="00D96545"/>
    <w:rsid w:val="00E05749"/>
    <w:rsid w:val="00E66F52"/>
    <w:rsid w:val="00F50132"/>
    <w:rsid w:val="00F96CFE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12">
    <w:name w:val="Светлый список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0">
    <w:name w:val="Светлый список - Акцент 1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13">
    <w:name w:val="Светлая сетка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1">
    <w:name w:val="Светлая сетка - Акцент 1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110">
    <w:name w:val="Средняя заливка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Средняя заливка 2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ий список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0">
    <w:name w:val="Средний список 1 - Акцент 1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211">
    <w:name w:val="Средний список 2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сетка 1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212">
    <w:name w:val="Средняя сетка 2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14">
    <w:name w:val="Темный список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15">
    <w:name w:val="Цветная заливка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6">
    <w:name w:val="Цветной список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2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17">
    <w:name w:val="Цветная сетка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3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Default">
    <w:name w:val="Default"/>
    <w:rsid w:val="00037773"/>
    <w:pPr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ff1">
    <w:name w:val="Balloon Text"/>
    <w:basedOn w:val="a1"/>
    <w:link w:val="aff2"/>
    <w:uiPriority w:val="99"/>
    <w:semiHidden/>
    <w:unhideWhenUsed/>
    <w:rsid w:val="008A5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8A5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BE7A0D-E82C-4826-8413-F97C17D5E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1</Pages>
  <Words>5690</Words>
  <Characters>32436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38050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14</cp:revision>
  <cp:lastPrinted>2023-06-08T05:27:00Z</cp:lastPrinted>
  <dcterms:created xsi:type="dcterms:W3CDTF">2013-12-23T23:15:00Z</dcterms:created>
  <dcterms:modified xsi:type="dcterms:W3CDTF">2023-06-10T08:31:00Z</dcterms:modified>
  <cp:category/>
</cp:coreProperties>
</file>